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6B2AED" w14:textId="77777777" w:rsidR="00C826B7" w:rsidRPr="00BF0EFF" w:rsidRDefault="004276BD">
      <w:pPr>
        <w:jc w:val="center"/>
        <w:rPr>
          <w:rFonts w:ascii="Times New Roman" w:hAnsi="Times New Roman" w:cs="Times New Roman"/>
          <w:sz w:val="24"/>
          <w:szCs w:val="24"/>
          <w:lang w:val="pt-BR"/>
        </w:rPr>
      </w:pPr>
      <w:r w:rsidRPr="00BF0EFF">
        <w:rPr>
          <w:rFonts w:ascii="Times New Roman" w:hAnsi="Times New Roman" w:cs="Times New Roman"/>
          <w:b/>
          <w:sz w:val="24"/>
          <w:szCs w:val="24"/>
          <w:lang w:val="pt-BR"/>
        </w:rPr>
        <w:t>ANEXO I – REQUERIMENTO DE INSCRIÇÃO</w:t>
      </w:r>
    </w:p>
    <w:p w14:paraId="605A8CC1" w14:textId="77777777" w:rsidR="00C826B7" w:rsidRPr="00BF0EFF" w:rsidRDefault="004276BD">
      <w:pPr>
        <w:rPr>
          <w:rFonts w:ascii="Times New Roman" w:hAnsi="Times New Roman" w:cs="Times New Roman"/>
          <w:sz w:val="24"/>
          <w:szCs w:val="24"/>
          <w:lang w:val="pt-BR"/>
        </w:rPr>
      </w:pPr>
      <w:r w:rsidRPr="00BF0EFF">
        <w:rPr>
          <w:rFonts w:ascii="Times New Roman" w:hAnsi="Times New Roman" w:cs="Times New Roman"/>
          <w:sz w:val="24"/>
          <w:szCs w:val="24"/>
          <w:lang w:val="pt-BR"/>
        </w:rPr>
        <w:t>1. Identificação do Candidato</w:t>
      </w:r>
    </w:p>
    <w:tbl>
      <w:tblPr>
        <w:tblStyle w:val="Tabelacomgrade"/>
        <w:tblW w:w="0" w:type="auto"/>
        <w:jc w:val="center"/>
        <w:tblLook w:val="04A0" w:firstRow="1" w:lastRow="0" w:firstColumn="1" w:lastColumn="0" w:noHBand="0" w:noVBand="1"/>
      </w:tblPr>
      <w:tblGrid>
        <w:gridCol w:w="2312"/>
        <w:gridCol w:w="2693"/>
        <w:gridCol w:w="2126"/>
        <w:gridCol w:w="1509"/>
      </w:tblGrid>
      <w:tr w:rsidR="00835B33" w:rsidRPr="00BF0EFF" w14:paraId="22B66C4E" w14:textId="77777777" w:rsidTr="00C74A40">
        <w:trPr>
          <w:jc w:val="center"/>
        </w:trPr>
        <w:tc>
          <w:tcPr>
            <w:tcW w:w="8640" w:type="dxa"/>
            <w:gridSpan w:val="4"/>
            <w:vAlign w:val="center"/>
          </w:tcPr>
          <w:p w14:paraId="0CD6ACF8" w14:textId="77777777" w:rsidR="00835B33" w:rsidRPr="00BF0EFF" w:rsidRDefault="00835B33">
            <w:pPr>
              <w:rPr>
                <w:rFonts w:ascii="Times New Roman" w:hAnsi="Times New Roman" w:cs="Times New Roman"/>
                <w:sz w:val="24"/>
                <w:szCs w:val="24"/>
              </w:rPr>
            </w:pPr>
            <w:r w:rsidRPr="00BF0EFF">
              <w:rPr>
                <w:rFonts w:ascii="Times New Roman" w:hAnsi="Times New Roman" w:cs="Times New Roman"/>
                <w:sz w:val="24"/>
                <w:szCs w:val="24"/>
              </w:rPr>
              <w:t>Nome</w:t>
            </w:r>
            <w:r>
              <w:rPr>
                <w:rFonts w:ascii="Times New Roman" w:hAnsi="Times New Roman" w:cs="Times New Roman"/>
                <w:sz w:val="24"/>
                <w:szCs w:val="24"/>
              </w:rPr>
              <w:t>:</w:t>
            </w:r>
          </w:p>
        </w:tc>
      </w:tr>
      <w:tr w:rsidR="00C826B7" w:rsidRPr="00BF0EFF" w14:paraId="110D6FC8" w14:textId="77777777" w:rsidTr="00835B33">
        <w:trPr>
          <w:jc w:val="center"/>
        </w:trPr>
        <w:tc>
          <w:tcPr>
            <w:tcW w:w="2312" w:type="dxa"/>
            <w:vAlign w:val="center"/>
          </w:tcPr>
          <w:p w14:paraId="4B65A761" w14:textId="77777777" w:rsidR="00C826B7" w:rsidRPr="00BF0EFF" w:rsidRDefault="004276BD">
            <w:pPr>
              <w:rPr>
                <w:rFonts w:ascii="Times New Roman" w:hAnsi="Times New Roman" w:cs="Times New Roman"/>
                <w:sz w:val="24"/>
                <w:szCs w:val="24"/>
              </w:rPr>
            </w:pPr>
            <w:proofErr w:type="spellStart"/>
            <w:r w:rsidRPr="00BF0EFF">
              <w:rPr>
                <w:rFonts w:ascii="Times New Roman" w:hAnsi="Times New Roman" w:cs="Times New Roman"/>
                <w:sz w:val="24"/>
                <w:szCs w:val="24"/>
              </w:rPr>
              <w:t>Sexo</w:t>
            </w:r>
            <w:proofErr w:type="spellEnd"/>
            <w:r w:rsidR="00835B33">
              <w:rPr>
                <w:rFonts w:ascii="Times New Roman" w:hAnsi="Times New Roman" w:cs="Times New Roman"/>
                <w:sz w:val="24"/>
                <w:szCs w:val="24"/>
              </w:rPr>
              <w:t xml:space="preserve">: </w:t>
            </w:r>
          </w:p>
        </w:tc>
        <w:tc>
          <w:tcPr>
            <w:tcW w:w="2693" w:type="dxa"/>
            <w:vAlign w:val="center"/>
          </w:tcPr>
          <w:p w14:paraId="15D3132D" w14:textId="77777777" w:rsidR="00C826B7" w:rsidRPr="00BF0EFF" w:rsidRDefault="004276BD">
            <w:pPr>
              <w:rPr>
                <w:rFonts w:ascii="Times New Roman" w:hAnsi="Times New Roman" w:cs="Times New Roman"/>
                <w:sz w:val="24"/>
                <w:szCs w:val="24"/>
              </w:rPr>
            </w:pPr>
            <w:r w:rsidRPr="00BF0EFF">
              <w:rPr>
                <w:rFonts w:ascii="Times New Roman" w:hAnsi="Times New Roman" w:cs="Times New Roman"/>
                <w:sz w:val="24"/>
                <w:szCs w:val="24"/>
              </w:rPr>
              <w:t>Data de Nascimento</w:t>
            </w:r>
          </w:p>
        </w:tc>
        <w:tc>
          <w:tcPr>
            <w:tcW w:w="2126" w:type="dxa"/>
            <w:vAlign w:val="center"/>
          </w:tcPr>
          <w:p w14:paraId="5D935E24" w14:textId="77777777" w:rsidR="00C826B7" w:rsidRPr="00BF0EFF" w:rsidRDefault="00C826B7">
            <w:pPr>
              <w:rPr>
                <w:rFonts w:ascii="Times New Roman" w:hAnsi="Times New Roman" w:cs="Times New Roman"/>
                <w:sz w:val="24"/>
                <w:szCs w:val="24"/>
              </w:rPr>
            </w:pPr>
          </w:p>
        </w:tc>
        <w:tc>
          <w:tcPr>
            <w:tcW w:w="1509" w:type="dxa"/>
            <w:vAlign w:val="center"/>
          </w:tcPr>
          <w:p w14:paraId="798F7F24" w14:textId="77777777" w:rsidR="00C826B7" w:rsidRPr="00BF0EFF" w:rsidRDefault="00C826B7">
            <w:pPr>
              <w:rPr>
                <w:rFonts w:ascii="Times New Roman" w:hAnsi="Times New Roman" w:cs="Times New Roman"/>
                <w:sz w:val="24"/>
                <w:szCs w:val="24"/>
              </w:rPr>
            </w:pPr>
          </w:p>
        </w:tc>
      </w:tr>
      <w:tr w:rsidR="00835B33" w:rsidRPr="00BF0EFF" w14:paraId="73C26FE4" w14:textId="77777777" w:rsidTr="00B179F8">
        <w:trPr>
          <w:jc w:val="center"/>
        </w:trPr>
        <w:tc>
          <w:tcPr>
            <w:tcW w:w="2312" w:type="dxa"/>
            <w:vAlign w:val="center"/>
          </w:tcPr>
          <w:p w14:paraId="4B860E1E" w14:textId="77777777" w:rsidR="00835B33" w:rsidRPr="00BF0EFF" w:rsidRDefault="00835B33">
            <w:pPr>
              <w:rPr>
                <w:rFonts w:ascii="Times New Roman" w:hAnsi="Times New Roman" w:cs="Times New Roman"/>
                <w:sz w:val="24"/>
                <w:szCs w:val="24"/>
              </w:rPr>
            </w:pPr>
            <w:r w:rsidRPr="00BF0EFF">
              <w:rPr>
                <w:rFonts w:ascii="Times New Roman" w:hAnsi="Times New Roman" w:cs="Times New Roman"/>
                <w:sz w:val="24"/>
                <w:szCs w:val="24"/>
              </w:rPr>
              <w:t>CPF</w:t>
            </w:r>
            <w:r>
              <w:rPr>
                <w:rFonts w:ascii="Times New Roman" w:hAnsi="Times New Roman" w:cs="Times New Roman"/>
                <w:sz w:val="24"/>
                <w:szCs w:val="24"/>
              </w:rPr>
              <w:t>:</w:t>
            </w:r>
          </w:p>
        </w:tc>
        <w:tc>
          <w:tcPr>
            <w:tcW w:w="2693" w:type="dxa"/>
            <w:vAlign w:val="center"/>
          </w:tcPr>
          <w:p w14:paraId="70D87328" w14:textId="77777777" w:rsidR="00835B33" w:rsidRPr="00BF0EFF" w:rsidRDefault="00835B33">
            <w:pPr>
              <w:rPr>
                <w:rFonts w:ascii="Times New Roman" w:hAnsi="Times New Roman" w:cs="Times New Roman"/>
                <w:sz w:val="24"/>
                <w:szCs w:val="24"/>
              </w:rPr>
            </w:pPr>
            <w:r w:rsidRPr="00BF0EFF">
              <w:rPr>
                <w:rFonts w:ascii="Times New Roman" w:hAnsi="Times New Roman" w:cs="Times New Roman"/>
                <w:sz w:val="24"/>
                <w:szCs w:val="24"/>
              </w:rPr>
              <w:t>RG</w:t>
            </w:r>
            <w:r>
              <w:rPr>
                <w:rFonts w:ascii="Times New Roman" w:hAnsi="Times New Roman" w:cs="Times New Roman"/>
                <w:sz w:val="24"/>
                <w:szCs w:val="24"/>
              </w:rPr>
              <w:t>:</w:t>
            </w:r>
          </w:p>
        </w:tc>
        <w:tc>
          <w:tcPr>
            <w:tcW w:w="3635" w:type="dxa"/>
            <w:gridSpan w:val="2"/>
            <w:vAlign w:val="center"/>
          </w:tcPr>
          <w:p w14:paraId="3AC6B2B4" w14:textId="77777777" w:rsidR="00835B33" w:rsidRPr="00BF0EFF" w:rsidRDefault="00835B33">
            <w:pPr>
              <w:rPr>
                <w:rFonts w:ascii="Times New Roman" w:hAnsi="Times New Roman" w:cs="Times New Roman"/>
                <w:sz w:val="24"/>
                <w:szCs w:val="24"/>
              </w:rPr>
            </w:pPr>
            <w:proofErr w:type="spellStart"/>
            <w:r w:rsidRPr="00BF0EFF">
              <w:rPr>
                <w:rFonts w:ascii="Times New Roman" w:hAnsi="Times New Roman" w:cs="Times New Roman"/>
                <w:sz w:val="24"/>
                <w:szCs w:val="24"/>
              </w:rPr>
              <w:t>Órgão</w:t>
            </w:r>
            <w:proofErr w:type="spellEnd"/>
            <w:r w:rsidRPr="00BF0EFF">
              <w:rPr>
                <w:rFonts w:ascii="Times New Roman" w:hAnsi="Times New Roman" w:cs="Times New Roman"/>
                <w:sz w:val="24"/>
                <w:szCs w:val="24"/>
              </w:rPr>
              <w:t xml:space="preserve"> </w:t>
            </w:r>
            <w:proofErr w:type="spellStart"/>
            <w:r w:rsidRPr="00BF0EFF">
              <w:rPr>
                <w:rFonts w:ascii="Times New Roman" w:hAnsi="Times New Roman" w:cs="Times New Roman"/>
                <w:sz w:val="24"/>
                <w:szCs w:val="24"/>
              </w:rPr>
              <w:t>Emissor</w:t>
            </w:r>
            <w:proofErr w:type="spellEnd"/>
            <w:r>
              <w:rPr>
                <w:rFonts w:ascii="Times New Roman" w:hAnsi="Times New Roman" w:cs="Times New Roman"/>
                <w:sz w:val="24"/>
                <w:szCs w:val="24"/>
              </w:rPr>
              <w:t>:</w:t>
            </w:r>
          </w:p>
        </w:tc>
      </w:tr>
      <w:tr w:rsidR="00C826B7" w:rsidRPr="00BF0EFF" w14:paraId="1E60B348" w14:textId="77777777" w:rsidTr="00835B33">
        <w:trPr>
          <w:jc w:val="center"/>
        </w:trPr>
        <w:tc>
          <w:tcPr>
            <w:tcW w:w="2312" w:type="dxa"/>
            <w:vAlign w:val="center"/>
          </w:tcPr>
          <w:p w14:paraId="054B6921" w14:textId="77777777" w:rsidR="00C826B7" w:rsidRPr="00BF0EFF" w:rsidRDefault="004276BD">
            <w:pPr>
              <w:rPr>
                <w:rFonts w:ascii="Times New Roman" w:hAnsi="Times New Roman" w:cs="Times New Roman"/>
                <w:sz w:val="24"/>
                <w:szCs w:val="24"/>
              </w:rPr>
            </w:pPr>
            <w:proofErr w:type="spellStart"/>
            <w:r w:rsidRPr="00BF0EFF">
              <w:rPr>
                <w:rFonts w:ascii="Times New Roman" w:hAnsi="Times New Roman" w:cs="Times New Roman"/>
                <w:sz w:val="24"/>
                <w:szCs w:val="24"/>
              </w:rPr>
              <w:t>Endereço</w:t>
            </w:r>
            <w:proofErr w:type="spellEnd"/>
            <w:r w:rsidR="00835B33">
              <w:rPr>
                <w:rFonts w:ascii="Times New Roman" w:hAnsi="Times New Roman" w:cs="Times New Roman"/>
                <w:sz w:val="24"/>
                <w:szCs w:val="24"/>
              </w:rPr>
              <w:t>:</w:t>
            </w:r>
          </w:p>
        </w:tc>
        <w:tc>
          <w:tcPr>
            <w:tcW w:w="2693" w:type="dxa"/>
            <w:vAlign w:val="center"/>
          </w:tcPr>
          <w:p w14:paraId="390CCEA9" w14:textId="77777777" w:rsidR="00C826B7" w:rsidRPr="00BF0EFF" w:rsidRDefault="004276BD">
            <w:pPr>
              <w:rPr>
                <w:rFonts w:ascii="Times New Roman" w:hAnsi="Times New Roman" w:cs="Times New Roman"/>
                <w:sz w:val="24"/>
                <w:szCs w:val="24"/>
              </w:rPr>
            </w:pPr>
            <w:r w:rsidRPr="00BF0EFF">
              <w:rPr>
                <w:rFonts w:ascii="Times New Roman" w:hAnsi="Times New Roman" w:cs="Times New Roman"/>
                <w:sz w:val="24"/>
                <w:szCs w:val="24"/>
              </w:rPr>
              <w:t>Bairro</w:t>
            </w:r>
            <w:r w:rsidR="00835B33">
              <w:rPr>
                <w:rFonts w:ascii="Times New Roman" w:hAnsi="Times New Roman" w:cs="Times New Roman"/>
                <w:sz w:val="24"/>
                <w:szCs w:val="24"/>
              </w:rPr>
              <w:t>:</w:t>
            </w:r>
          </w:p>
        </w:tc>
        <w:tc>
          <w:tcPr>
            <w:tcW w:w="2126" w:type="dxa"/>
            <w:vAlign w:val="center"/>
          </w:tcPr>
          <w:p w14:paraId="3B6101A9" w14:textId="77777777" w:rsidR="00C826B7" w:rsidRPr="00BF0EFF" w:rsidRDefault="00C826B7">
            <w:pPr>
              <w:rPr>
                <w:rFonts w:ascii="Times New Roman" w:hAnsi="Times New Roman" w:cs="Times New Roman"/>
                <w:sz w:val="24"/>
                <w:szCs w:val="24"/>
              </w:rPr>
            </w:pPr>
          </w:p>
        </w:tc>
        <w:tc>
          <w:tcPr>
            <w:tcW w:w="1509" w:type="dxa"/>
            <w:vAlign w:val="center"/>
          </w:tcPr>
          <w:p w14:paraId="13898930" w14:textId="77777777" w:rsidR="00C826B7" w:rsidRPr="00BF0EFF" w:rsidRDefault="00C826B7">
            <w:pPr>
              <w:rPr>
                <w:rFonts w:ascii="Times New Roman" w:hAnsi="Times New Roman" w:cs="Times New Roman"/>
                <w:sz w:val="24"/>
                <w:szCs w:val="24"/>
              </w:rPr>
            </w:pPr>
          </w:p>
        </w:tc>
      </w:tr>
      <w:tr w:rsidR="00835B33" w:rsidRPr="00BF0EFF" w14:paraId="306B159B" w14:textId="77777777" w:rsidTr="00835B33">
        <w:trPr>
          <w:jc w:val="center"/>
        </w:trPr>
        <w:tc>
          <w:tcPr>
            <w:tcW w:w="2312" w:type="dxa"/>
            <w:vAlign w:val="center"/>
          </w:tcPr>
          <w:p w14:paraId="7ECA9783" w14:textId="77777777" w:rsidR="00835B33" w:rsidRPr="00BF0EFF" w:rsidRDefault="00835B33">
            <w:pPr>
              <w:rPr>
                <w:rFonts w:ascii="Times New Roman" w:hAnsi="Times New Roman" w:cs="Times New Roman"/>
                <w:sz w:val="24"/>
                <w:szCs w:val="24"/>
              </w:rPr>
            </w:pPr>
            <w:proofErr w:type="spellStart"/>
            <w:r w:rsidRPr="00BF0EFF">
              <w:rPr>
                <w:rFonts w:ascii="Times New Roman" w:hAnsi="Times New Roman" w:cs="Times New Roman"/>
                <w:sz w:val="24"/>
                <w:szCs w:val="24"/>
              </w:rPr>
              <w:t>Cidade</w:t>
            </w:r>
            <w:proofErr w:type="spellEnd"/>
            <w:r>
              <w:rPr>
                <w:rFonts w:ascii="Times New Roman" w:hAnsi="Times New Roman" w:cs="Times New Roman"/>
                <w:sz w:val="24"/>
                <w:szCs w:val="24"/>
              </w:rPr>
              <w:t>:</w:t>
            </w:r>
          </w:p>
        </w:tc>
        <w:tc>
          <w:tcPr>
            <w:tcW w:w="2693" w:type="dxa"/>
            <w:vAlign w:val="center"/>
          </w:tcPr>
          <w:p w14:paraId="3D236BEF" w14:textId="77777777" w:rsidR="00835B33" w:rsidRPr="00BF0EFF" w:rsidRDefault="00835B33">
            <w:pPr>
              <w:rPr>
                <w:rFonts w:ascii="Times New Roman" w:hAnsi="Times New Roman" w:cs="Times New Roman"/>
                <w:sz w:val="24"/>
                <w:szCs w:val="24"/>
              </w:rPr>
            </w:pPr>
            <w:r w:rsidRPr="00BF0EFF">
              <w:rPr>
                <w:rFonts w:ascii="Times New Roman" w:hAnsi="Times New Roman" w:cs="Times New Roman"/>
                <w:sz w:val="24"/>
                <w:szCs w:val="24"/>
              </w:rPr>
              <w:t>UF</w:t>
            </w:r>
          </w:p>
        </w:tc>
        <w:tc>
          <w:tcPr>
            <w:tcW w:w="3635" w:type="dxa"/>
            <w:gridSpan w:val="2"/>
            <w:vAlign w:val="center"/>
          </w:tcPr>
          <w:p w14:paraId="12F086AB" w14:textId="77777777" w:rsidR="00835B33" w:rsidRPr="00BF0EFF" w:rsidRDefault="00835B33">
            <w:pPr>
              <w:rPr>
                <w:rFonts w:ascii="Times New Roman" w:hAnsi="Times New Roman" w:cs="Times New Roman"/>
                <w:sz w:val="24"/>
                <w:szCs w:val="24"/>
              </w:rPr>
            </w:pPr>
            <w:r w:rsidRPr="00BF0EFF">
              <w:rPr>
                <w:rFonts w:ascii="Times New Roman" w:hAnsi="Times New Roman" w:cs="Times New Roman"/>
                <w:sz w:val="24"/>
                <w:szCs w:val="24"/>
              </w:rPr>
              <w:t>E-mail</w:t>
            </w:r>
            <w:r>
              <w:rPr>
                <w:rFonts w:ascii="Times New Roman" w:hAnsi="Times New Roman" w:cs="Times New Roman"/>
                <w:sz w:val="24"/>
                <w:szCs w:val="24"/>
              </w:rPr>
              <w:t>:</w:t>
            </w:r>
          </w:p>
        </w:tc>
      </w:tr>
      <w:tr w:rsidR="00835B33" w:rsidRPr="00BF0EFF" w14:paraId="0B9E33D0" w14:textId="77777777" w:rsidTr="00E86848">
        <w:trPr>
          <w:jc w:val="center"/>
        </w:trPr>
        <w:tc>
          <w:tcPr>
            <w:tcW w:w="8640" w:type="dxa"/>
            <w:gridSpan w:val="4"/>
            <w:vAlign w:val="center"/>
          </w:tcPr>
          <w:p w14:paraId="172899BA" w14:textId="77777777" w:rsidR="00835B33" w:rsidRPr="00BF0EFF" w:rsidRDefault="00835B33">
            <w:pPr>
              <w:rPr>
                <w:rFonts w:ascii="Times New Roman" w:hAnsi="Times New Roman" w:cs="Times New Roman"/>
                <w:sz w:val="24"/>
                <w:szCs w:val="24"/>
              </w:rPr>
            </w:pPr>
            <w:proofErr w:type="spellStart"/>
            <w:r w:rsidRPr="00BF0EFF">
              <w:rPr>
                <w:rFonts w:ascii="Times New Roman" w:hAnsi="Times New Roman" w:cs="Times New Roman"/>
                <w:sz w:val="24"/>
                <w:szCs w:val="24"/>
              </w:rPr>
              <w:t>Telefone</w:t>
            </w:r>
            <w:proofErr w:type="spellEnd"/>
            <w:r w:rsidRPr="00BF0EFF">
              <w:rPr>
                <w:rFonts w:ascii="Times New Roman" w:hAnsi="Times New Roman" w:cs="Times New Roman"/>
                <w:sz w:val="24"/>
                <w:szCs w:val="24"/>
              </w:rPr>
              <w:t xml:space="preserve"> </w:t>
            </w:r>
            <w:proofErr w:type="spellStart"/>
            <w:r w:rsidRPr="00BF0EFF">
              <w:rPr>
                <w:rFonts w:ascii="Times New Roman" w:hAnsi="Times New Roman" w:cs="Times New Roman"/>
                <w:sz w:val="24"/>
                <w:szCs w:val="24"/>
              </w:rPr>
              <w:t>Celular</w:t>
            </w:r>
            <w:proofErr w:type="spellEnd"/>
            <w:r>
              <w:rPr>
                <w:rFonts w:ascii="Times New Roman" w:hAnsi="Times New Roman" w:cs="Times New Roman"/>
                <w:sz w:val="24"/>
                <w:szCs w:val="24"/>
              </w:rPr>
              <w:t>:</w:t>
            </w:r>
          </w:p>
        </w:tc>
      </w:tr>
    </w:tbl>
    <w:p w14:paraId="4F3671BA" w14:textId="77777777" w:rsidR="00BF0EFF" w:rsidRPr="00BF0EFF" w:rsidRDefault="00BF0EFF" w:rsidP="00BF0EFF">
      <w:pPr>
        <w:jc w:val="center"/>
        <w:rPr>
          <w:rFonts w:ascii="Times New Roman" w:hAnsi="Times New Roman" w:cs="Times New Roman"/>
          <w:sz w:val="24"/>
          <w:szCs w:val="24"/>
        </w:rPr>
      </w:pPr>
    </w:p>
    <w:p w14:paraId="76B5CB20" w14:textId="77777777" w:rsidR="00BF0EFF" w:rsidRPr="00BF0EFF" w:rsidRDefault="004276BD" w:rsidP="00BF0EFF">
      <w:pPr>
        <w:jc w:val="center"/>
        <w:rPr>
          <w:rFonts w:ascii="Times New Roman" w:hAnsi="Times New Roman" w:cs="Times New Roman"/>
          <w:sz w:val="24"/>
          <w:szCs w:val="24"/>
        </w:rPr>
      </w:pPr>
      <w:r w:rsidRPr="00BF0EFF">
        <w:rPr>
          <w:rFonts w:ascii="Times New Roman" w:hAnsi="Times New Roman" w:cs="Times New Roman"/>
          <w:sz w:val="24"/>
          <w:szCs w:val="24"/>
        </w:rPr>
        <w:br/>
      </w:r>
    </w:p>
    <w:p w14:paraId="373E93AB" w14:textId="77777777" w:rsidR="00C826B7" w:rsidRPr="00BF0EFF" w:rsidRDefault="004276BD" w:rsidP="00BF0EFF">
      <w:pPr>
        <w:jc w:val="right"/>
        <w:rPr>
          <w:rFonts w:ascii="Times New Roman" w:hAnsi="Times New Roman" w:cs="Times New Roman"/>
          <w:sz w:val="24"/>
          <w:szCs w:val="24"/>
        </w:rPr>
      </w:pPr>
      <w:proofErr w:type="spellStart"/>
      <w:r w:rsidRPr="00BF0EFF">
        <w:rPr>
          <w:rFonts w:ascii="Times New Roman" w:hAnsi="Times New Roman" w:cs="Times New Roman"/>
          <w:sz w:val="24"/>
          <w:szCs w:val="24"/>
        </w:rPr>
        <w:t>Guajará-Mirim</w:t>
      </w:r>
      <w:proofErr w:type="spellEnd"/>
      <w:r w:rsidRPr="00BF0EFF">
        <w:rPr>
          <w:rFonts w:ascii="Times New Roman" w:hAnsi="Times New Roman" w:cs="Times New Roman"/>
          <w:sz w:val="24"/>
          <w:szCs w:val="24"/>
        </w:rPr>
        <w:t xml:space="preserve">, ____ de __________ </w:t>
      </w:r>
      <w:proofErr w:type="spellStart"/>
      <w:r w:rsidRPr="00BF0EFF">
        <w:rPr>
          <w:rFonts w:ascii="Times New Roman" w:hAnsi="Times New Roman" w:cs="Times New Roman"/>
          <w:sz w:val="24"/>
          <w:szCs w:val="24"/>
        </w:rPr>
        <w:t>de</w:t>
      </w:r>
      <w:proofErr w:type="spellEnd"/>
      <w:r w:rsidRPr="00BF0EFF">
        <w:rPr>
          <w:rFonts w:ascii="Times New Roman" w:hAnsi="Times New Roman" w:cs="Times New Roman"/>
          <w:sz w:val="24"/>
          <w:szCs w:val="24"/>
        </w:rPr>
        <w:t xml:space="preserve"> 2026</w:t>
      </w:r>
    </w:p>
    <w:p w14:paraId="76B3E980" w14:textId="77777777" w:rsidR="00BF0EFF" w:rsidRPr="00BF0EFF" w:rsidRDefault="00BF0EFF" w:rsidP="00BF0EFF">
      <w:pPr>
        <w:jc w:val="right"/>
        <w:rPr>
          <w:rFonts w:ascii="Times New Roman" w:hAnsi="Times New Roman" w:cs="Times New Roman"/>
          <w:sz w:val="24"/>
          <w:szCs w:val="24"/>
        </w:rPr>
      </w:pPr>
    </w:p>
    <w:p w14:paraId="6F11C04B" w14:textId="77777777" w:rsidR="00BF0EFF" w:rsidRPr="00BF0EFF" w:rsidRDefault="00BF0EFF" w:rsidP="00BF0EFF">
      <w:pPr>
        <w:jc w:val="right"/>
        <w:rPr>
          <w:rFonts w:ascii="Times New Roman" w:hAnsi="Times New Roman" w:cs="Times New Roman"/>
          <w:sz w:val="24"/>
          <w:szCs w:val="24"/>
        </w:rPr>
      </w:pPr>
    </w:p>
    <w:p w14:paraId="170AF390" w14:textId="77777777" w:rsidR="00C826B7" w:rsidRPr="00BF0EFF" w:rsidRDefault="004276BD" w:rsidP="00BF0EFF">
      <w:pPr>
        <w:jc w:val="center"/>
        <w:rPr>
          <w:rFonts w:ascii="Times New Roman" w:hAnsi="Times New Roman" w:cs="Times New Roman"/>
          <w:sz w:val="24"/>
          <w:szCs w:val="24"/>
        </w:rPr>
      </w:pPr>
      <w:r w:rsidRPr="00BF0EFF">
        <w:rPr>
          <w:rFonts w:ascii="Times New Roman" w:hAnsi="Times New Roman" w:cs="Times New Roman"/>
          <w:sz w:val="24"/>
          <w:szCs w:val="24"/>
        </w:rPr>
        <w:t>__________________________________________</w:t>
      </w:r>
      <w:r w:rsidRPr="00BF0EFF">
        <w:rPr>
          <w:rFonts w:ascii="Times New Roman" w:hAnsi="Times New Roman" w:cs="Times New Roman"/>
          <w:sz w:val="24"/>
          <w:szCs w:val="24"/>
        </w:rPr>
        <w:br/>
        <w:t>Assinatura do Candidato</w:t>
      </w:r>
    </w:p>
    <w:p w14:paraId="1A2E8799" w14:textId="77777777" w:rsidR="00C826B7" w:rsidRPr="00BF0EFF" w:rsidRDefault="004276BD">
      <w:pPr>
        <w:rPr>
          <w:rFonts w:ascii="Times New Roman" w:hAnsi="Times New Roman" w:cs="Times New Roman"/>
          <w:sz w:val="24"/>
          <w:szCs w:val="24"/>
        </w:rPr>
      </w:pPr>
      <w:r w:rsidRPr="00BF0EFF">
        <w:rPr>
          <w:rFonts w:ascii="Times New Roman" w:hAnsi="Times New Roman" w:cs="Times New Roman"/>
          <w:sz w:val="24"/>
          <w:szCs w:val="24"/>
        </w:rPr>
        <w:br w:type="page"/>
      </w:r>
    </w:p>
    <w:p w14:paraId="0614B979" w14:textId="77777777" w:rsidR="00C826B7" w:rsidRPr="00BF0EFF" w:rsidRDefault="004276BD">
      <w:pPr>
        <w:jc w:val="center"/>
        <w:rPr>
          <w:rFonts w:ascii="Times New Roman" w:hAnsi="Times New Roman" w:cs="Times New Roman"/>
          <w:sz w:val="24"/>
          <w:szCs w:val="24"/>
        </w:rPr>
      </w:pPr>
      <w:r w:rsidRPr="00BF0EFF">
        <w:rPr>
          <w:rFonts w:ascii="Times New Roman" w:hAnsi="Times New Roman" w:cs="Times New Roman"/>
          <w:b/>
          <w:sz w:val="24"/>
          <w:szCs w:val="24"/>
        </w:rPr>
        <w:lastRenderedPageBreak/>
        <w:t>ANEXO II – QUADRO DE PONTUAÇÃO</w:t>
      </w:r>
    </w:p>
    <w:tbl>
      <w:tblPr>
        <w:tblStyle w:val="Tabelacomgrade"/>
        <w:tblW w:w="0" w:type="auto"/>
        <w:jc w:val="center"/>
        <w:tblLook w:val="04A0" w:firstRow="1" w:lastRow="0" w:firstColumn="1" w:lastColumn="0" w:noHBand="0" w:noVBand="1"/>
      </w:tblPr>
      <w:tblGrid>
        <w:gridCol w:w="4320"/>
        <w:gridCol w:w="4320"/>
      </w:tblGrid>
      <w:tr w:rsidR="00C826B7" w:rsidRPr="00723E23" w14:paraId="6DB96430" w14:textId="77777777">
        <w:trPr>
          <w:jc w:val="center"/>
        </w:trPr>
        <w:tc>
          <w:tcPr>
            <w:tcW w:w="4320" w:type="dxa"/>
            <w:vAlign w:val="center"/>
          </w:tcPr>
          <w:p w14:paraId="641C15F8" w14:textId="77777777" w:rsidR="00C826B7" w:rsidRPr="00723E23" w:rsidRDefault="004276BD">
            <w:pPr>
              <w:rPr>
                <w:rFonts w:ascii="Times New Roman" w:hAnsi="Times New Roman" w:cs="Times New Roman"/>
              </w:rPr>
            </w:pPr>
            <w:r w:rsidRPr="00723E23">
              <w:rPr>
                <w:rFonts w:ascii="Times New Roman" w:hAnsi="Times New Roman" w:cs="Times New Roman"/>
              </w:rPr>
              <w:t>Nome</w:t>
            </w:r>
          </w:p>
        </w:tc>
        <w:tc>
          <w:tcPr>
            <w:tcW w:w="4320" w:type="dxa"/>
            <w:vAlign w:val="center"/>
          </w:tcPr>
          <w:p w14:paraId="2483C215" w14:textId="77777777" w:rsidR="00C826B7" w:rsidRPr="00723E23" w:rsidRDefault="00C826B7">
            <w:pPr>
              <w:rPr>
                <w:rFonts w:ascii="Times New Roman" w:hAnsi="Times New Roman" w:cs="Times New Roman"/>
              </w:rPr>
            </w:pPr>
          </w:p>
        </w:tc>
      </w:tr>
      <w:tr w:rsidR="00C826B7" w:rsidRPr="00723E23" w14:paraId="76F7212C" w14:textId="77777777">
        <w:trPr>
          <w:jc w:val="center"/>
        </w:trPr>
        <w:tc>
          <w:tcPr>
            <w:tcW w:w="4320" w:type="dxa"/>
            <w:vAlign w:val="center"/>
          </w:tcPr>
          <w:p w14:paraId="7C4566FE" w14:textId="77777777" w:rsidR="00C826B7" w:rsidRPr="00723E23" w:rsidRDefault="004276BD">
            <w:pPr>
              <w:rPr>
                <w:rFonts w:ascii="Times New Roman" w:hAnsi="Times New Roman" w:cs="Times New Roman"/>
              </w:rPr>
            </w:pPr>
            <w:r w:rsidRPr="00723E23">
              <w:rPr>
                <w:rFonts w:ascii="Times New Roman" w:hAnsi="Times New Roman" w:cs="Times New Roman"/>
              </w:rPr>
              <w:t>Documento de identidade</w:t>
            </w:r>
          </w:p>
        </w:tc>
        <w:tc>
          <w:tcPr>
            <w:tcW w:w="4320" w:type="dxa"/>
            <w:vAlign w:val="center"/>
          </w:tcPr>
          <w:p w14:paraId="0D8D0B4C" w14:textId="77777777" w:rsidR="00C826B7" w:rsidRPr="00723E23" w:rsidRDefault="00C826B7">
            <w:pPr>
              <w:rPr>
                <w:rFonts w:ascii="Times New Roman" w:hAnsi="Times New Roman" w:cs="Times New Roman"/>
              </w:rPr>
            </w:pPr>
          </w:p>
        </w:tc>
      </w:tr>
      <w:tr w:rsidR="00C826B7" w:rsidRPr="00723E23" w14:paraId="5687F7C8" w14:textId="77777777">
        <w:trPr>
          <w:jc w:val="center"/>
        </w:trPr>
        <w:tc>
          <w:tcPr>
            <w:tcW w:w="4320" w:type="dxa"/>
            <w:vAlign w:val="center"/>
          </w:tcPr>
          <w:p w14:paraId="01C08887" w14:textId="77777777" w:rsidR="00C826B7" w:rsidRPr="00723E23" w:rsidRDefault="004276BD">
            <w:pPr>
              <w:rPr>
                <w:rFonts w:ascii="Times New Roman" w:hAnsi="Times New Roman" w:cs="Times New Roman"/>
              </w:rPr>
            </w:pPr>
            <w:r w:rsidRPr="00723E23">
              <w:rPr>
                <w:rFonts w:ascii="Times New Roman" w:hAnsi="Times New Roman" w:cs="Times New Roman"/>
              </w:rPr>
              <w:t>E-mail</w:t>
            </w:r>
          </w:p>
        </w:tc>
        <w:tc>
          <w:tcPr>
            <w:tcW w:w="4320" w:type="dxa"/>
            <w:vAlign w:val="center"/>
          </w:tcPr>
          <w:p w14:paraId="52425A1D" w14:textId="77777777" w:rsidR="00C826B7" w:rsidRPr="00723E23" w:rsidRDefault="00C826B7">
            <w:pPr>
              <w:rPr>
                <w:rFonts w:ascii="Times New Roman" w:hAnsi="Times New Roman" w:cs="Times New Roman"/>
              </w:rPr>
            </w:pPr>
          </w:p>
        </w:tc>
      </w:tr>
      <w:tr w:rsidR="00C826B7" w:rsidRPr="00723E23" w14:paraId="0105D26E" w14:textId="77777777">
        <w:trPr>
          <w:jc w:val="center"/>
        </w:trPr>
        <w:tc>
          <w:tcPr>
            <w:tcW w:w="4320" w:type="dxa"/>
            <w:vAlign w:val="center"/>
          </w:tcPr>
          <w:p w14:paraId="39399E0E" w14:textId="77777777" w:rsidR="00C826B7" w:rsidRPr="00723E23" w:rsidRDefault="004276BD">
            <w:pPr>
              <w:rPr>
                <w:rFonts w:ascii="Times New Roman" w:hAnsi="Times New Roman" w:cs="Times New Roman"/>
              </w:rPr>
            </w:pPr>
            <w:r w:rsidRPr="00723E23">
              <w:rPr>
                <w:rFonts w:ascii="Times New Roman" w:hAnsi="Times New Roman" w:cs="Times New Roman"/>
              </w:rPr>
              <w:t>Telefone/Celular</w:t>
            </w:r>
          </w:p>
        </w:tc>
        <w:tc>
          <w:tcPr>
            <w:tcW w:w="4320" w:type="dxa"/>
            <w:vAlign w:val="center"/>
          </w:tcPr>
          <w:p w14:paraId="7271563A" w14:textId="77777777" w:rsidR="00C826B7" w:rsidRPr="00723E23" w:rsidRDefault="00C826B7">
            <w:pPr>
              <w:rPr>
                <w:rFonts w:ascii="Times New Roman" w:hAnsi="Times New Roman" w:cs="Times New Roman"/>
              </w:rPr>
            </w:pPr>
          </w:p>
        </w:tc>
      </w:tr>
    </w:tbl>
    <w:p w14:paraId="5766740A" w14:textId="77777777" w:rsidR="00C826B7" w:rsidRPr="00BF0EFF" w:rsidRDefault="00C826B7">
      <w:pPr>
        <w:rPr>
          <w:rFonts w:ascii="Times New Roman" w:hAnsi="Times New Roman" w:cs="Times New Roman"/>
          <w:sz w:val="24"/>
          <w:szCs w:val="24"/>
        </w:rPr>
      </w:pPr>
    </w:p>
    <w:tbl>
      <w:tblPr>
        <w:tblStyle w:val="Tabelacomgrade"/>
        <w:tblW w:w="0" w:type="auto"/>
        <w:tblLook w:val="04A0" w:firstRow="1" w:lastRow="0" w:firstColumn="1" w:lastColumn="0" w:noHBand="0" w:noVBand="1"/>
      </w:tblPr>
      <w:tblGrid>
        <w:gridCol w:w="3605"/>
        <w:gridCol w:w="2209"/>
        <w:gridCol w:w="1370"/>
        <w:gridCol w:w="925"/>
        <w:gridCol w:w="1286"/>
      </w:tblGrid>
      <w:tr w:rsidR="00394E04" w:rsidRPr="00394E04" w14:paraId="540B3242" w14:textId="77777777" w:rsidTr="004276BD">
        <w:tc>
          <w:tcPr>
            <w:tcW w:w="4035" w:type="dxa"/>
            <w:hideMark/>
          </w:tcPr>
          <w:p w14:paraId="3FEA31E9" w14:textId="77777777" w:rsidR="00394E04" w:rsidRPr="00394E04" w:rsidRDefault="00394E04" w:rsidP="00394E04">
            <w:pPr>
              <w:spacing w:before="100" w:beforeAutospacing="1" w:after="100" w:afterAutospacing="1"/>
              <w:rPr>
                <w:rFonts w:ascii="Times New Roman" w:eastAsia="Times New Roman" w:hAnsi="Times New Roman" w:cs="Times New Roman"/>
                <w:lang w:val="pt-BR" w:eastAsia="pt-BR"/>
              </w:rPr>
            </w:pPr>
            <w:r w:rsidRPr="00394E04">
              <w:rPr>
                <w:rFonts w:ascii="Times New Roman" w:eastAsia="Times New Roman" w:hAnsi="Times New Roman" w:cs="Times New Roman"/>
                <w:b/>
                <w:bCs/>
                <w:lang w:val="pt-BR" w:eastAsia="pt-BR"/>
              </w:rPr>
              <w:t>Critério</w:t>
            </w:r>
          </w:p>
        </w:tc>
        <w:tc>
          <w:tcPr>
            <w:tcW w:w="3555" w:type="dxa"/>
            <w:hideMark/>
          </w:tcPr>
          <w:p w14:paraId="168999E1" w14:textId="77777777" w:rsidR="00394E04" w:rsidRPr="00394E04" w:rsidRDefault="00394E04" w:rsidP="00394E04">
            <w:pPr>
              <w:spacing w:before="100" w:beforeAutospacing="1" w:after="100" w:afterAutospacing="1"/>
              <w:rPr>
                <w:rFonts w:ascii="Times New Roman" w:eastAsia="Times New Roman" w:hAnsi="Times New Roman" w:cs="Times New Roman"/>
                <w:lang w:val="pt-BR" w:eastAsia="pt-BR"/>
              </w:rPr>
            </w:pPr>
            <w:r w:rsidRPr="00394E04">
              <w:rPr>
                <w:rFonts w:ascii="Times New Roman" w:eastAsia="Times New Roman" w:hAnsi="Times New Roman" w:cs="Times New Roman"/>
                <w:b/>
                <w:bCs/>
                <w:lang w:val="pt-BR" w:eastAsia="pt-BR"/>
              </w:rPr>
              <w:t>Comprovação aceita</w:t>
            </w:r>
          </w:p>
        </w:tc>
        <w:tc>
          <w:tcPr>
            <w:tcW w:w="2325" w:type="dxa"/>
            <w:hideMark/>
          </w:tcPr>
          <w:p w14:paraId="37E1053C" w14:textId="77777777" w:rsidR="00394E04" w:rsidRPr="00394E04" w:rsidRDefault="00394E04" w:rsidP="00394E04">
            <w:pPr>
              <w:spacing w:before="100" w:beforeAutospacing="1" w:after="100" w:afterAutospacing="1"/>
              <w:rPr>
                <w:rFonts w:ascii="Times New Roman" w:eastAsia="Times New Roman" w:hAnsi="Times New Roman" w:cs="Times New Roman"/>
                <w:lang w:val="pt-BR" w:eastAsia="pt-BR"/>
              </w:rPr>
            </w:pPr>
            <w:r w:rsidRPr="00394E04">
              <w:rPr>
                <w:rFonts w:ascii="Times New Roman" w:eastAsia="Times New Roman" w:hAnsi="Times New Roman" w:cs="Times New Roman"/>
                <w:b/>
                <w:bCs/>
                <w:lang w:val="pt-BR" w:eastAsia="pt-BR"/>
              </w:rPr>
              <w:t>Pontuação</w:t>
            </w:r>
          </w:p>
        </w:tc>
        <w:tc>
          <w:tcPr>
            <w:tcW w:w="1440" w:type="dxa"/>
            <w:hideMark/>
          </w:tcPr>
          <w:p w14:paraId="4E92A6FD" w14:textId="77777777" w:rsidR="00394E04" w:rsidRPr="00394E04" w:rsidRDefault="00394E04" w:rsidP="00394E04">
            <w:pPr>
              <w:spacing w:before="100" w:beforeAutospacing="1" w:after="100" w:afterAutospacing="1"/>
              <w:rPr>
                <w:rFonts w:ascii="Times New Roman" w:eastAsia="Times New Roman" w:hAnsi="Times New Roman" w:cs="Times New Roman"/>
                <w:lang w:val="pt-BR" w:eastAsia="pt-BR"/>
              </w:rPr>
            </w:pPr>
            <w:r w:rsidRPr="00394E04">
              <w:rPr>
                <w:rFonts w:ascii="Times New Roman" w:eastAsia="Times New Roman" w:hAnsi="Times New Roman" w:cs="Times New Roman"/>
                <w:b/>
                <w:bCs/>
                <w:lang w:val="pt-BR" w:eastAsia="pt-BR"/>
              </w:rPr>
              <w:t>Limite</w:t>
            </w:r>
          </w:p>
        </w:tc>
        <w:tc>
          <w:tcPr>
            <w:tcW w:w="0" w:type="auto"/>
            <w:hideMark/>
          </w:tcPr>
          <w:p w14:paraId="6B1D09BB" w14:textId="77777777" w:rsidR="00394E04" w:rsidRPr="00394E04" w:rsidRDefault="00394E04" w:rsidP="00394E04">
            <w:pPr>
              <w:spacing w:before="100" w:beforeAutospacing="1" w:after="100" w:afterAutospacing="1"/>
              <w:rPr>
                <w:rFonts w:ascii="Times New Roman" w:eastAsia="Times New Roman" w:hAnsi="Times New Roman" w:cs="Times New Roman"/>
                <w:lang w:val="pt-BR" w:eastAsia="pt-BR"/>
              </w:rPr>
            </w:pPr>
            <w:r w:rsidRPr="00394E04">
              <w:rPr>
                <w:rFonts w:ascii="Times New Roman" w:eastAsia="Times New Roman" w:hAnsi="Times New Roman" w:cs="Times New Roman"/>
                <w:lang w:val="pt-BR" w:eastAsia="pt-BR"/>
              </w:rPr>
              <w:t> </w:t>
            </w:r>
            <w:r w:rsidRPr="00394E04">
              <w:rPr>
                <w:rFonts w:ascii="Times New Roman" w:eastAsia="Times New Roman" w:hAnsi="Times New Roman" w:cs="Times New Roman"/>
                <w:b/>
                <w:bCs/>
                <w:lang w:val="pt-BR" w:eastAsia="pt-BR"/>
              </w:rPr>
              <w:t>Pontuação do Candidato</w:t>
            </w:r>
          </w:p>
        </w:tc>
      </w:tr>
      <w:tr w:rsidR="00394E04" w:rsidRPr="00394E04" w14:paraId="24A5DE5E" w14:textId="77777777" w:rsidTr="004276BD">
        <w:tc>
          <w:tcPr>
            <w:tcW w:w="0" w:type="auto"/>
            <w:hideMark/>
          </w:tcPr>
          <w:p w14:paraId="4C93FA66" w14:textId="77777777" w:rsidR="00394E04" w:rsidRPr="00394E04" w:rsidRDefault="00394E04" w:rsidP="004276BD">
            <w:pPr>
              <w:spacing w:before="100" w:beforeAutospacing="1" w:after="100" w:afterAutospacing="1"/>
              <w:jc w:val="both"/>
              <w:rPr>
                <w:rFonts w:ascii="Times New Roman" w:eastAsia="Times New Roman" w:hAnsi="Times New Roman" w:cs="Times New Roman"/>
                <w:lang w:val="pt-BR" w:eastAsia="pt-BR"/>
              </w:rPr>
            </w:pPr>
            <w:r w:rsidRPr="00394E04">
              <w:rPr>
                <w:rFonts w:ascii="Times New Roman" w:eastAsia="Times New Roman" w:hAnsi="Times New Roman" w:cs="Times New Roman"/>
                <w:lang w:val="pt-BR" w:eastAsia="pt-BR"/>
              </w:rPr>
              <w:t>Graduação ou formação técnica/profissional comprovada na área</w:t>
            </w:r>
          </w:p>
        </w:tc>
        <w:tc>
          <w:tcPr>
            <w:tcW w:w="3555" w:type="dxa"/>
            <w:hideMark/>
          </w:tcPr>
          <w:p w14:paraId="63F9EE86" w14:textId="77777777" w:rsidR="00394E04" w:rsidRPr="00394E04" w:rsidRDefault="00394E04" w:rsidP="00394E04">
            <w:pPr>
              <w:spacing w:before="100" w:beforeAutospacing="1" w:after="100" w:afterAutospacing="1"/>
              <w:rPr>
                <w:rFonts w:ascii="Times New Roman" w:eastAsia="Times New Roman" w:hAnsi="Times New Roman" w:cs="Times New Roman"/>
                <w:lang w:val="pt-BR" w:eastAsia="pt-BR"/>
              </w:rPr>
            </w:pPr>
            <w:r w:rsidRPr="00394E04">
              <w:rPr>
                <w:rFonts w:ascii="Times New Roman" w:eastAsia="Times New Roman" w:hAnsi="Times New Roman" w:cs="Times New Roman"/>
                <w:lang w:val="pt-BR" w:eastAsia="pt-BR"/>
              </w:rPr>
              <w:t>Certificado/diploma</w:t>
            </w:r>
          </w:p>
        </w:tc>
        <w:tc>
          <w:tcPr>
            <w:tcW w:w="2325" w:type="dxa"/>
            <w:hideMark/>
          </w:tcPr>
          <w:p w14:paraId="064071DC" w14:textId="77777777" w:rsidR="00394E04" w:rsidRPr="00394E04" w:rsidRDefault="00394E04" w:rsidP="00394E04">
            <w:pPr>
              <w:spacing w:before="100" w:beforeAutospacing="1" w:after="100" w:afterAutospacing="1"/>
              <w:rPr>
                <w:rFonts w:ascii="Times New Roman" w:eastAsia="Times New Roman" w:hAnsi="Times New Roman" w:cs="Times New Roman"/>
                <w:lang w:val="pt-BR" w:eastAsia="pt-BR"/>
              </w:rPr>
            </w:pPr>
            <w:r w:rsidRPr="00394E04">
              <w:rPr>
                <w:rFonts w:ascii="Times New Roman" w:eastAsia="Times New Roman" w:hAnsi="Times New Roman" w:cs="Times New Roman"/>
                <w:lang w:val="pt-BR" w:eastAsia="pt-BR"/>
              </w:rPr>
              <w:t>5 pontos por curso</w:t>
            </w:r>
          </w:p>
        </w:tc>
        <w:tc>
          <w:tcPr>
            <w:tcW w:w="1440" w:type="dxa"/>
            <w:hideMark/>
          </w:tcPr>
          <w:p w14:paraId="715CBCF7" w14:textId="77777777" w:rsidR="00394E04" w:rsidRPr="00394E04" w:rsidRDefault="00394E04" w:rsidP="00394E04">
            <w:pPr>
              <w:spacing w:before="100" w:beforeAutospacing="1" w:after="100" w:afterAutospacing="1"/>
              <w:rPr>
                <w:rFonts w:ascii="Times New Roman" w:eastAsia="Times New Roman" w:hAnsi="Times New Roman" w:cs="Times New Roman"/>
                <w:lang w:val="pt-BR" w:eastAsia="pt-BR"/>
              </w:rPr>
            </w:pPr>
            <w:r w:rsidRPr="00394E04">
              <w:rPr>
                <w:rFonts w:ascii="Times New Roman" w:eastAsia="Times New Roman" w:hAnsi="Times New Roman" w:cs="Times New Roman"/>
                <w:lang w:val="pt-BR" w:eastAsia="pt-BR"/>
              </w:rPr>
              <w:t>5</w:t>
            </w:r>
          </w:p>
        </w:tc>
        <w:tc>
          <w:tcPr>
            <w:tcW w:w="1440" w:type="dxa"/>
            <w:hideMark/>
          </w:tcPr>
          <w:p w14:paraId="0DCA4AD7" w14:textId="77777777" w:rsidR="00394E04" w:rsidRPr="00394E04" w:rsidRDefault="00394E04" w:rsidP="00394E04">
            <w:pPr>
              <w:rPr>
                <w:rFonts w:ascii="Times New Roman" w:eastAsia="Times New Roman" w:hAnsi="Times New Roman" w:cs="Times New Roman"/>
                <w:lang w:val="pt-BR" w:eastAsia="pt-BR"/>
              </w:rPr>
            </w:pPr>
          </w:p>
        </w:tc>
      </w:tr>
      <w:tr w:rsidR="00394E04" w:rsidRPr="00394E04" w14:paraId="339E4E66" w14:textId="77777777" w:rsidTr="004276BD">
        <w:tc>
          <w:tcPr>
            <w:tcW w:w="0" w:type="auto"/>
            <w:hideMark/>
          </w:tcPr>
          <w:p w14:paraId="0A5081D6" w14:textId="77777777" w:rsidR="00394E04" w:rsidRPr="00394E04" w:rsidRDefault="00394E04" w:rsidP="004276BD">
            <w:pPr>
              <w:spacing w:before="100" w:beforeAutospacing="1" w:after="100" w:afterAutospacing="1"/>
              <w:jc w:val="both"/>
              <w:rPr>
                <w:rFonts w:ascii="Times New Roman" w:eastAsia="Times New Roman" w:hAnsi="Times New Roman" w:cs="Times New Roman"/>
                <w:lang w:val="pt-BR" w:eastAsia="pt-BR"/>
              </w:rPr>
            </w:pPr>
            <w:r w:rsidRPr="00394E04">
              <w:rPr>
                <w:rFonts w:ascii="Times New Roman" w:eastAsia="Times New Roman" w:hAnsi="Times New Roman" w:cs="Times New Roman"/>
                <w:lang w:val="pt-BR" w:eastAsia="pt-BR"/>
              </w:rPr>
              <w:t>Especialização lato sensu em Design, Design Gráfico, Comunicação, Produção Multimídia, Informática, Educação ou área afim</w:t>
            </w:r>
          </w:p>
        </w:tc>
        <w:tc>
          <w:tcPr>
            <w:tcW w:w="3555" w:type="dxa"/>
            <w:hideMark/>
          </w:tcPr>
          <w:p w14:paraId="4D919F5F" w14:textId="77777777" w:rsidR="00394E04" w:rsidRPr="00394E04" w:rsidRDefault="00394E04" w:rsidP="00394E04">
            <w:pPr>
              <w:spacing w:before="100" w:beforeAutospacing="1" w:after="100" w:afterAutospacing="1"/>
              <w:rPr>
                <w:rFonts w:ascii="Times New Roman" w:eastAsia="Times New Roman" w:hAnsi="Times New Roman" w:cs="Times New Roman"/>
                <w:lang w:val="pt-BR" w:eastAsia="pt-BR"/>
              </w:rPr>
            </w:pPr>
            <w:r w:rsidRPr="00394E04">
              <w:rPr>
                <w:rFonts w:ascii="Times New Roman" w:eastAsia="Times New Roman" w:hAnsi="Times New Roman" w:cs="Times New Roman"/>
                <w:lang w:val="pt-BR" w:eastAsia="pt-BR"/>
              </w:rPr>
              <w:t>Certificado/diploma de especialização</w:t>
            </w:r>
          </w:p>
        </w:tc>
        <w:tc>
          <w:tcPr>
            <w:tcW w:w="2325" w:type="dxa"/>
            <w:hideMark/>
          </w:tcPr>
          <w:p w14:paraId="669BD4EE" w14:textId="77777777" w:rsidR="00394E04" w:rsidRPr="00394E04" w:rsidRDefault="00394E04" w:rsidP="00394E04">
            <w:pPr>
              <w:spacing w:before="100" w:beforeAutospacing="1" w:after="100" w:afterAutospacing="1"/>
              <w:rPr>
                <w:rFonts w:ascii="Times New Roman" w:eastAsia="Times New Roman" w:hAnsi="Times New Roman" w:cs="Times New Roman"/>
                <w:lang w:val="pt-BR" w:eastAsia="pt-BR"/>
              </w:rPr>
            </w:pPr>
            <w:r w:rsidRPr="00394E04">
              <w:rPr>
                <w:rFonts w:ascii="Times New Roman" w:eastAsia="Times New Roman" w:hAnsi="Times New Roman" w:cs="Times New Roman"/>
                <w:lang w:val="pt-BR" w:eastAsia="pt-BR"/>
              </w:rPr>
              <w:t>5 pontos por curso</w:t>
            </w:r>
          </w:p>
        </w:tc>
        <w:tc>
          <w:tcPr>
            <w:tcW w:w="1440" w:type="dxa"/>
            <w:hideMark/>
          </w:tcPr>
          <w:p w14:paraId="03448B00" w14:textId="77777777" w:rsidR="00394E04" w:rsidRPr="00394E04" w:rsidRDefault="00394E04" w:rsidP="00394E04">
            <w:pPr>
              <w:spacing w:before="100" w:beforeAutospacing="1" w:after="100" w:afterAutospacing="1"/>
              <w:rPr>
                <w:rFonts w:ascii="Times New Roman" w:eastAsia="Times New Roman" w:hAnsi="Times New Roman" w:cs="Times New Roman"/>
                <w:lang w:val="pt-BR" w:eastAsia="pt-BR"/>
              </w:rPr>
            </w:pPr>
            <w:r w:rsidRPr="00394E04">
              <w:rPr>
                <w:rFonts w:ascii="Times New Roman" w:eastAsia="Times New Roman" w:hAnsi="Times New Roman" w:cs="Times New Roman"/>
                <w:lang w:val="pt-BR" w:eastAsia="pt-BR"/>
              </w:rPr>
              <w:t>10</w:t>
            </w:r>
          </w:p>
        </w:tc>
        <w:tc>
          <w:tcPr>
            <w:tcW w:w="1440" w:type="dxa"/>
            <w:hideMark/>
          </w:tcPr>
          <w:p w14:paraId="77953EFC" w14:textId="77777777" w:rsidR="00394E04" w:rsidRPr="00394E04" w:rsidRDefault="00394E04" w:rsidP="00394E04">
            <w:pPr>
              <w:rPr>
                <w:rFonts w:ascii="Times New Roman" w:eastAsia="Times New Roman" w:hAnsi="Times New Roman" w:cs="Times New Roman"/>
                <w:lang w:val="pt-BR" w:eastAsia="pt-BR"/>
              </w:rPr>
            </w:pPr>
          </w:p>
        </w:tc>
      </w:tr>
      <w:tr w:rsidR="00394E04" w:rsidRPr="00394E04" w14:paraId="449D01D9" w14:textId="77777777" w:rsidTr="004276BD">
        <w:tc>
          <w:tcPr>
            <w:tcW w:w="0" w:type="auto"/>
            <w:hideMark/>
          </w:tcPr>
          <w:p w14:paraId="5B326B68" w14:textId="77777777" w:rsidR="00394E04" w:rsidRPr="00394E04" w:rsidRDefault="00394E04" w:rsidP="004276BD">
            <w:pPr>
              <w:spacing w:before="100" w:beforeAutospacing="1" w:after="100" w:afterAutospacing="1"/>
              <w:jc w:val="both"/>
              <w:rPr>
                <w:rFonts w:ascii="Times New Roman" w:eastAsia="Times New Roman" w:hAnsi="Times New Roman" w:cs="Times New Roman"/>
                <w:lang w:val="pt-BR" w:eastAsia="pt-BR"/>
              </w:rPr>
            </w:pPr>
            <w:r w:rsidRPr="00394E04">
              <w:rPr>
                <w:rFonts w:ascii="Times New Roman" w:eastAsia="Times New Roman" w:hAnsi="Times New Roman" w:cs="Times New Roman"/>
                <w:lang w:val="pt-BR" w:eastAsia="pt-BR"/>
              </w:rPr>
              <w:t>Mestrado em área relacionada ao curso</w:t>
            </w:r>
          </w:p>
        </w:tc>
        <w:tc>
          <w:tcPr>
            <w:tcW w:w="3555" w:type="dxa"/>
            <w:hideMark/>
          </w:tcPr>
          <w:p w14:paraId="384F5225" w14:textId="77777777" w:rsidR="00394E04" w:rsidRPr="00394E04" w:rsidRDefault="00394E04" w:rsidP="00394E04">
            <w:pPr>
              <w:spacing w:before="100" w:beforeAutospacing="1" w:after="100" w:afterAutospacing="1"/>
              <w:rPr>
                <w:rFonts w:ascii="Times New Roman" w:eastAsia="Times New Roman" w:hAnsi="Times New Roman" w:cs="Times New Roman"/>
                <w:lang w:val="pt-BR" w:eastAsia="pt-BR"/>
              </w:rPr>
            </w:pPr>
            <w:r w:rsidRPr="00394E04">
              <w:rPr>
                <w:rFonts w:ascii="Times New Roman" w:eastAsia="Times New Roman" w:hAnsi="Times New Roman" w:cs="Times New Roman"/>
                <w:lang w:val="pt-BR" w:eastAsia="pt-BR"/>
              </w:rPr>
              <w:t>Diploma ou declaração oficial de conclusão</w:t>
            </w:r>
          </w:p>
        </w:tc>
        <w:tc>
          <w:tcPr>
            <w:tcW w:w="2325" w:type="dxa"/>
            <w:hideMark/>
          </w:tcPr>
          <w:p w14:paraId="560F155B" w14:textId="77777777" w:rsidR="00394E04" w:rsidRPr="00394E04" w:rsidRDefault="00394E04" w:rsidP="00394E04">
            <w:pPr>
              <w:spacing w:before="100" w:beforeAutospacing="1" w:after="100" w:afterAutospacing="1"/>
              <w:rPr>
                <w:rFonts w:ascii="Times New Roman" w:eastAsia="Times New Roman" w:hAnsi="Times New Roman" w:cs="Times New Roman"/>
                <w:lang w:val="pt-BR" w:eastAsia="pt-BR"/>
              </w:rPr>
            </w:pPr>
            <w:r w:rsidRPr="00394E04">
              <w:rPr>
                <w:rFonts w:ascii="Times New Roman" w:eastAsia="Times New Roman" w:hAnsi="Times New Roman" w:cs="Times New Roman"/>
                <w:lang w:val="pt-BR" w:eastAsia="pt-BR"/>
              </w:rPr>
              <w:t>8 pontos</w:t>
            </w:r>
          </w:p>
        </w:tc>
        <w:tc>
          <w:tcPr>
            <w:tcW w:w="1440" w:type="dxa"/>
            <w:hideMark/>
          </w:tcPr>
          <w:p w14:paraId="1BB31B94" w14:textId="77777777" w:rsidR="00394E04" w:rsidRPr="00394E04" w:rsidRDefault="00394E04" w:rsidP="00394E04">
            <w:pPr>
              <w:spacing w:before="100" w:beforeAutospacing="1" w:after="100" w:afterAutospacing="1"/>
              <w:rPr>
                <w:rFonts w:ascii="Times New Roman" w:eastAsia="Times New Roman" w:hAnsi="Times New Roman" w:cs="Times New Roman"/>
                <w:lang w:val="pt-BR" w:eastAsia="pt-BR"/>
              </w:rPr>
            </w:pPr>
            <w:r w:rsidRPr="00394E04">
              <w:rPr>
                <w:rFonts w:ascii="Times New Roman" w:eastAsia="Times New Roman" w:hAnsi="Times New Roman" w:cs="Times New Roman"/>
                <w:lang w:val="pt-BR" w:eastAsia="pt-BR"/>
              </w:rPr>
              <w:t>8</w:t>
            </w:r>
          </w:p>
        </w:tc>
        <w:tc>
          <w:tcPr>
            <w:tcW w:w="1440" w:type="dxa"/>
            <w:hideMark/>
          </w:tcPr>
          <w:p w14:paraId="4135B63C" w14:textId="77777777" w:rsidR="00394E04" w:rsidRPr="00394E04" w:rsidRDefault="00394E04" w:rsidP="00394E04">
            <w:pPr>
              <w:rPr>
                <w:rFonts w:ascii="Times New Roman" w:eastAsia="Times New Roman" w:hAnsi="Times New Roman" w:cs="Times New Roman"/>
                <w:lang w:val="pt-BR" w:eastAsia="pt-BR"/>
              </w:rPr>
            </w:pPr>
          </w:p>
        </w:tc>
      </w:tr>
      <w:tr w:rsidR="00394E04" w:rsidRPr="00394E04" w14:paraId="46A0DBFA" w14:textId="77777777" w:rsidTr="004276BD">
        <w:tc>
          <w:tcPr>
            <w:tcW w:w="0" w:type="auto"/>
            <w:hideMark/>
          </w:tcPr>
          <w:p w14:paraId="565CCACE" w14:textId="77777777" w:rsidR="00394E04" w:rsidRPr="00394E04" w:rsidRDefault="00394E04" w:rsidP="004276BD">
            <w:pPr>
              <w:spacing w:before="100" w:beforeAutospacing="1" w:after="100" w:afterAutospacing="1"/>
              <w:jc w:val="both"/>
              <w:rPr>
                <w:rFonts w:ascii="Times New Roman" w:eastAsia="Times New Roman" w:hAnsi="Times New Roman" w:cs="Times New Roman"/>
                <w:lang w:val="pt-BR" w:eastAsia="pt-BR"/>
              </w:rPr>
            </w:pPr>
            <w:r w:rsidRPr="00394E04">
              <w:rPr>
                <w:rFonts w:ascii="Times New Roman" w:eastAsia="Times New Roman" w:hAnsi="Times New Roman" w:cs="Times New Roman"/>
                <w:lang w:val="pt-BR" w:eastAsia="pt-BR"/>
              </w:rPr>
              <w:t>Doutorado em área relacionada ao curso</w:t>
            </w:r>
          </w:p>
        </w:tc>
        <w:tc>
          <w:tcPr>
            <w:tcW w:w="3555" w:type="dxa"/>
            <w:hideMark/>
          </w:tcPr>
          <w:p w14:paraId="40DD2D08" w14:textId="77777777" w:rsidR="00394E04" w:rsidRPr="00394E04" w:rsidRDefault="00394E04" w:rsidP="00394E04">
            <w:pPr>
              <w:spacing w:before="100" w:beforeAutospacing="1" w:after="100" w:afterAutospacing="1"/>
              <w:rPr>
                <w:rFonts w:ascii="Times New Roman" w:eastAsia="Times New Roman" w:hAnsi="Times New Roman" w:cs="Times New Roman"/>
                <w:lang w:val="pt-BR" w:eastAsia="pt-BR"/>
              </w:rPr>
            </w:pPr>
            <w:r w:rsidRPr="00394E04">
              <w:rPr>
                <w:rFonts w:ascii="Times New Roman" w:eastAsia="Times New Roman" w:hAnsi="Times New Roman" w:cs="Times New Roman"/>
                <w:lang w:val="pt-BR" w:eastAsia="pt-BR"/>
              </w:rPr>
              <w:t>Diploma ou declaração oficial de conclusão</w:t>
            </w:r>
          </w:p>
        </w:tc>
        <w:tc>
          <w:tcPr>
            <w:tcW w:w="2325" w:type="dxa"/>
            <w:hideMark/>
          </w:tcPr>
          <w:p w14:paraId="001570D7" w14:textId="77777777" w:rsidR="00394E04" w:rsidRPr="00394E04" w:rsidRDefault="00394E04" w:rsidP="00394E04">
            <w:pPr>
              <w:spacing w:before="100" w:beforeAutospacing="1" w:after="100" w:afterAutospacing="1"/>
              <w:rPr>
                <w:rFonts w:ascii="Times New Roman" w:eastAsia="Times New Roman" w:hAnsi="Times New Roman" w:cs="Times New Roman"/>
                <w:lang w:val="pt-BR" w:eastAsia="pt-BR"/>
              </w:rPr>
            </w:pPr>
            <w:r w:rsidRPr="00394E04">
              <w:rPr>
                <w:rFonts w:ascii="Times New Roman" w:eastAsia="Times New Roman" w:hAnsi="Times New Roman" w:cs="Times New Roman"/>
                <w:lang w:val="pt-BR" w:eastAsia="pt-BR"/>
              </w:rPr>
              <w:t>10 pontos</w:t>
            </w:r>
          </w:p>
        </w:tc>
        <w:tc>
          <w:tcPr>
            <w:tcW w:w="1440" w:type="dxa"/>
            <w:hideMark/>
          </w:tcPr>
          <w:p w14:paraId="51968EEB" w14:textId="77777777" w:rsidR="00394E04" w:rsidRPr="00394E04" w:rsidRDefault="00394E04" w:rsidP="00394E04">
            <w:pPr>
              <w:spacing w:before="100" w:beforeAutospacing="1" w:after="100" w:afterAutospacing="1"/>
              <w:rPr>
                <w:rFonts w:ascii="Times New Roman" w:eastAsia="Times New Roman" w:hAnsi="Times New Roman" w:cs="Times New Roman"/>
                <w:lang w:val="pt-BR" w:eastAsia="pt-BR"/>
              </w:rPr>
            </w:pPr>
            <w:r w:rsidRPr="00394E04">
              <w:rPr>
                <w:rFonts w:ascii="Times New Roman" w:eastAsia="Times New Roman" w:hAnsi="Times New Roman" w:cs="Times New Roman"/>
                <w:lang w:val="pt-BR" w:eastAsia="pt-BR"/>
              </w:rPr>
              <w:t>10</w:t>
            </w:r>
          </w:p>
        </w:tc>
        <w:tc>
          <w:tcPr>
            <w:tcW w:w="1440" w:type="dxa"/>
            <w:hideMark/>
          </w:tcPr>
          <w:p w14:paraId="17F5AAA9" w14:textId="77777777" w:rsidR="00394E04" w:rsidRPr="00394E04" w:rsidRDefault="00394E04" w:rsidP="00394E04">
            <w:pPr>
              <w:rPr>
                <w:rFonts w:ascii="Times New Roman" w:eastAsia="Times New Roman" w:hAnsi="Times New Roman" w:cs="Times New Roman"/>
                <w:lang w:val="pt-BR" w:eastAsia="pt-BR"/>
              </w:rPr>
            </w:pPr>
          </w:p>
        </w:tc>
      </w:tr>
      <w:tr w:rsidR="00394E04" w:rsidRPr="00394E04" w14:paraId="5E423D68" w14:textId="77777777" w:rsidTr="004276BD">
        <w:tc>
          <w:tcPr>
            <w:tcW w:w="0" w:type="auto"/>
            <w:hideMark/>
          </w:tcPr>
          <w:p w14:paraId="2423E3B5" w14:textId="77777777" w:rsidR="00394E04" w:rsidRPr="00394E04" w:rsidRDefault="00394E04" w:rsidP="004276BD">
            <w:pPr>
              <w:spacing w:before="100" w:beforeAutospacing="1" w:after="100" w:afterAutospacing="1"/>
              <w:jc w:val="both"/>
              <w:rPr>
                <w:rFonts w:ascii="Times New Roman" w:eastAsia="Times New Roman" w:hAnsi="Times New Roman" w:cs="Times New Roman"/>
                <w:lang w:val="pt-BR" w:eastAsia="pt-BR"/>
              </w:rPr>
            </w:pPr>
            <w:r w:rsidRPr="00394E04">
              <w:rPr>
                <w:rFonts w:ascii="Times New Roman" w:eastAsia="Times New Roman" w:hAnsi="Times New Roman" w:cs="Times New Roman"/>
                <w:lang w:val="pt-BR" w:eastAsia="pt-BR"/>
              </w:rPr>
              <w:t xml:space="preserve">Capacitação concluída nos últimos 5 anos em </w:t>
            </w:r>
            <w:proofErr w:type="spellStart"/>
            <w:r w:rsidRPr="00394E04">
              <w:rPr>
                <w:rFonts w:ascii="Times New Roman" w:eastAsia="Times New Roman" w:hAnsi="Times New Roman" w:cs="Times New Roman"/>
                <w:lang w:val="pt-BR" w:eastAsia="pt-BR"/>
              </w:rPr>
              <w:t>Canva</w:t>
            </w:r>
            <w:proofErr w:type="spellEnd"/>
            <w:r w:rsidRPr="00394E04">
              <w:rPr>
                <w:rFonts w:ascii="Times New Roman" w:eastAsia="Times New Roman" w:hAnsi="Times New Roman" w:cs="Times New Roman"/>
                <w:lang w:val="pt-BR" w:eastAsia="pt-BR"/>
              </w:rPr>
              <w:t>, design, comunicação visual, produção digital, acessibilidade digital ou ferramentas correlatas</w:t>
            </w:r>
          </w:p>
        </w:tc>
        <w:tc>
          <w:tcPr>
            <w:tcW w:w="3555" w:type="dxa"/>
            <w:hideMark/>
          </w:tcPr>
          <w:p w14:paraId="0FE36116" w14:textId="77777777" w:rsidR="00394E04" w:rsidRPr="00394E04" w:rsidRDefault="00394E04" w:rsidP="00394E04">
            <w:pPr>
              <w:spacing w:before="100" w:beforeAutospacing="1" w:after="100" w:afterAutospacing="1"/>
              <w:rPr>
                <w:rFonts w:ascii="Times New Roman" w:eastAsia="Times New Roman" w:hAnsi="Times New Roman" w:cs="Times New Roman"/>
                <w:lang w:val="pt-BR" w:eastAsia="pt-BR"/>
              </w:rPr>
            </w:pPr>
            <w:r w:rsidRPr="00394E04">
              <w:rPr>
                <w:rFonts w:ascii="Times New Roman" w:eastAsia="Times New Roman" w:hAnsi="Times New Roman" w:cs="Times New Roman"/>
                <w:lang w:val="pt-BR" w:eastAsia="pt-BR"/>
              </w:rPr>
              <w:t>Certificado com carga horária e data.</w:t>
            </w:r>
          </w:p>
        </w:tc>
        <w:tc>
          <w:tcPr>
            <w:tcW w:w="2325" w:type="dxa"/>
            <w:hideMark/>
          </w:tcPr>
          <w:p w14:paraId="211043AA" w14:textId="77777777" w:rsidR="00394E04" w:rsidRPr="00394E04" w:rsidRDefault="00394E04" w:rsidP="00394E04">
            <w:pPr>
              <w:spacing w:before="100" w:beforeAutospacing="1" w:after="100" w:afterAutospacing="1"/>
              <w:rPr>
                <w:rFonts w:ascii="Times New Roman" w:eastAsia="Times New Roman" w:hAnsi="Times New Roman" w:cs="Times New Roman"/>
                <w:lang w:val="pt-BR" w:eastAsia="pt-BR"/>
              </w:rPr>
            </w:pPr>
            <w:r w:rsidRPr="00394E04">
              <w:rPr>
                <w:rFonts w:ascii="Times New Roman" w:eastAsia="Times New Roman" w:hAnsi="Times New Roman" w:cs="Times New Roman"/>
                <w:lang w:val="pt-BR" w:eastAsia="pt-BR"/>
              </w:rPr>
              <w:t>1 ponto por curso, mínimo de 8 horas</w:t>
            </w:r>
          </w:p>
        </w:tc>
        <w:tc>
          <w:tcPr>
            <w:tcW w:w="1440" w:type="dxa"/>
            <w:hideMark/>
          </w:tcPr>
          <w:p w14:paraId="08008CDB" w14:textId="77777777" w:rsidR="00394E04" w:rsidRPr="00394E04" w:rsidRDefault="00394E04" w:rsidP="00394E04">
            <w:pPr>
              <w:spacing w:before="100" w:beforeAutospacing="1" w:after="100" w:afterAutospacing="1"/>
              <w:rPr>
                <w:rFonts w:ascii="Times New Roman" w:eastAsia="Times New Roman" w:hAnsi="Times New Roman" w:cs="Times New Roman"/>
                <w:lang w:val="pt-BR" w:eastAsia="pt-BR"/>
              </w:rPr>
            </w:pPr>
            <w:r w:rsidRPr="00394E04">
              <w:rPr>
                <w:rFonts w:ascii="Times New Roman" w:eastAsia="Times New Roman" w:hAnsi="Times New Roman" w:cs="Times New Roman"/>
                <w:lang w:val="pt-BR" w:eastAsia="pt-BR"/>
              </w:rPr>
              <w:t>5</w:t>
            </w:r>
          </w:p>
        </w:tc>
        <w:tc>
          <w:tcPr>
            <w:tcW w:w="1440" w:type="dxa"/>
            <w:hideMark/>
          </w:tcPr>
          <w:p w14:paraId="18285499" w14:textId="77777777" w:rsidR="00394E04" w:rsidRPr="00394E04" w:rsidRDefault="00394E04" w:rsidP="00394E04">
            <w:pPr>
              <w:rPr>
                <w:rFonts w:ascii="Times New Roman" w:eastAsia="Times New Roman" w:hAnsi="Times New Roman" w:cs="Times New Roman"/>
                <w:lang w:val="pt-BR" w:eastAsia="pt-BR"/>
              </w:rPr>
            </w:pPr>
          </w:p>
        </w:tc>
      </w:tr>
      <w:tr w:rsidR="00394E04" w:rsidRPr="00394E04" w14:paraId="1487C8E9" w14:textId="77777777" w:rsidTr="004276BD">
        <w:tc>
          <w:tcPr>
            <w:tcW w:w="0" w:type="auto"/>
            <w:hideMark/>
          </w:tcPr>
          <w:p w14:paraId="2E3AB817" w14:textId="77777777" w:rsidR="00394E04" w:rsidRPr="00394E04" w:rsidRDefault="00394E04" w:rsidP="004276BD">
            <w:pPr>
              <w:spacing w:before="100" w:beforeAutospacing="1" w:after="100" w:afterAutospacing="1"/>
              <w:jc w:val="both"/>
              <w:rPr>
                <w:rFonts w:ascii="Times New Roman" w:eastAsia="Times New Roman" w:hAnsi="Times New Roman" w:cs="Times New Roman"/>
                <w:lang w:val="pt-BR" w:eastAsia="pt-BR"/>
              </w:rPr>
            </w:pPr>
            <w:r w:rsidRPr="00394E04">
              <w:rPr>
                <w:rFonts w:ascii="Times New Roman" w:eastAsia="Times New Roman" w:hAnsi="Times New Roman" w:cs="Times New Roman"/>
                <w:lang w:val="pt-BR" w:eastAsia="pt-BR"/>
              </w:rPr>
              <w:t xml:space="preserve">Experiência docente em cursos, oficinas ou </w:t>
            </w:r>
            <w:proofErr w:type="gramStart"/>
            <w:r w:rsidRPr="00394E04">
              <w:rPr>
                <w:rFonts w:ascii="Times New Roman" w:eastAsia="Times New Roman" w:hAnsi="Times New Roman" w:cs="Times New Roman"/>
                <w:lang w:val="pt-BR" w:eastAsia="pt-BR"/>
              </w:rPr>
              <w:t>disciplinas relacionados</w:t>
            </w:r>
            <w:proofErr w:type="gramEnd"/>
            <w:r w:rsidRPr="00394E04">
              <w:rPr>
                <w:rFonts w:ascii="Times New Roman" w:eastAsia="Times New Roman" w:hAnsi="Times New Roman" w:cs="Times New Roman"/>
                <w:lang w:val="pt-BR" w:eastAsia="pt-BR"/>
              </w:rPr>
              <w:t xml:space="preserve"> a </w:t>
            </w:r>
            <w:proofErr w:type="spellStart"/>
            <w:r w:rsidRPr="00394E04">
              <w:rPr>
                <w:rFonts w:ascii="Times New Roman" w:eastAsia="Times New Roman" w:hAnsi="Times New Roman" w:cs="Times New Roman"/>
                <w:lang w:val="pt-BR" w:eastAsia="pt-BR"/>
              </w:rPr>
              <w:t>Canva</w:t>
            </w:r>
            <w:proofErr w:type="spellEnd"/>
            <w:r w:rsidRPr="00394E04">
              <w:rPr>
                <w:rFonts w:ascii="Times New Roman" w:eastAsia="Times New Roman" w:hAnsi="Times New Roman" w:cs="Times New Roman"/>
                <w:lang w:val="pt-BR" w:eastAsia="pt-BR"/>
              </w:rPr>
              <w:t>, design, comunicação visual ou produção de conteúdos digitais</w:t>
            </w:r>
          </w:p>
        </w:tc>
        <w:tc>
          <w:tcPr>
            <w:tcW w:w="3555" w:type="dxa"/>
            <w:hideMark/>
          </w:tcPr>
          <w:p w14:paraId="1DB5271E" w14:textId="77777777" w:rsidR="00394E04" w:rsidRPr="00394E04" w:rsidRDefault="00394E04" w:rsidP="00394E04">
            <w:pPr>
              <w:spacing w:before="100" w:beforeAutospacing="1" w:after="100" w:afterAutospacing="1"/>
              <w:rPr>
                <w:rFonts w:ascii="Times New Roman" w:eastAsia="Times New Roman" w:hAnsi="Times New Roman" w:cs="Times New Roman"/>
                <w:lang w:val="pt-BR" w:eastAsia="pt-BR"/>
              </w:rPr>
            </w:pPr>
            <w:r w:rsidRPr="00394E04">
              <w:rPr>
                <w:rFonts w:ascii="Times New Roman" w:eastAsia="Times New Roman" w:hAnsi="Times New Roman" w:cs="Times New Roman"/>
                <w:lang w:val="pt-BR" w:eastAsia="pt-BR"/>
              </w:rPr>
              <w:t>Declaração/atestado com atividade e período; 7,5 pontos por ação/curso ministrado</w:t>
            </w:r>
          </w:p>
        </w:tc>
        <w:tc>
          <w:tcPr>
            <w:tcW w:w="2325" w:type="dxa"/>
            <w:hideMark/>
          </w:tcPr>
          <w:p w14:paraId="49AA7ECB" w14:textId="77777777" w:rsidR="00394E04" w:rsidRPr="00394E04" w:rsidRDefault="00394E04" w:rsidP="00394E04">
            <w:pPr>
              <w:spacing w:before="100" w:beforeAutospacing="1" w:after="100" w:afterAutospacing="1"/>
              <w:rPr>
                <w:rFonts w:ascii="Times New Roman" w:eastAsia="Times New Roman" w:hAnsi="Times New Roman" w:cs="Times New Roman"/>
                <w:lang w:val="pt-BR" w:eastAsia="pt-BR"/>
              </w:rPr>
            </w:pPr>
            <w:r w:rsidRPr="00394E04">
              <w:rPr>
                <w:rFonts w:ascii="Times New Roman" w:eastAsia="Times New Roman" w:hAnsi="Times New Roman" w:cs="Times New Roman"/>
                <w:lang w:val="pt-BR" w:eastAsia="pt-BR"/>
              </w:rPr>
              <w:t>Até 15 pontos</w:t>
            </w:r>
          </w:p>
        </w:tc>
        <w:tc>
          <w:tcPr>
            <w:tcW w:w="1440" w:type="dxa"/>
            <w:hideMark/>
          </w:tcPr>
          <w:p w14:paraId="2CCF03DE" w14:textId="77777777" w:rsidR="00394E04" w:rsidRPr="00394E04" w:rsidRDefault="00394E04" w:rsidP="00394E04">
            <w:pPr>
              <w:spacing w:before="100" w:beforeAutospacing="1" w:after="100" w:afterAutospacing="1"/>
              <w:rPr>
                <w:rFonts w:ascii="Times New Roman" w:eastAsia="Times New Roman" w:hAnsi="Times New Roman" w:cs="Times New Roman"/>
                <w:lang w:val="pt-BR" w:eastAsia="pt-BR"/>
              </w:rPr>
            </w:pPr>
            <w:r w:rsidRPr="00394E04">
              <w:rPr>
                <w:rFonts w:ascii="Times New Roman" w:eastAsia="Times New Roman" w:hAnsi="Times New Roman" w:cs="Times New Roman"/>
                <w:lang w:val="pt-BR" w:eastAsia="pt-BR"/>
              </w:rPr>
              <w:t>15</w:t>
            </w:r>
          </w:p>
        </w:tc>
        <w:tc>
          <w:tcPr>
            <w:tcW w:w="1440" w:type="dxa"/>
            <w:hideMark/>
          </w:tcPr>
          <w:p w14:paraId="1CD4387D" w14:textId="77777777" w:rsidR="00394E04" w:rsidRPr="00394E04" w:rsidRDefault="00394E04" w:rsidP="00394E04">
            <w:pPr>
              <w:rPr>
                <w:rFonts w:ascii="Times New Roman" w:eastAsia="Times New Roman" w:hAnsi="Times New Roman" w:cs="Times New Roman"/>
                <w:lang w:val="pt-BR" w:eastAsia="pt-BR"/>
              </w:rPr>
            </w:pPr>
          </w:p>
        </w:tc>
      </w:tr>
      <w:tr w:rsidR="00394E04" w:rsidRPr="00394E04" w14:paraId="31CD2896" w14:textId="77777777" w:rsidTr="004276BD">
        <w:tc>
          <w:tcPr>
            <w:tcW w:w="0" w:type="auto"/>
            <w:hideMark/>
          </w:tcPr>
          <w:p w14:paraId="383360A5" w14:textId="77777777" w:rsidR="00394E04" w:rsidRPr="00394E04" w:rsidRDefault="00394E04" w:rsidP="004276BD">
            <w:pPr>
              <w:spacing w:before="100" w:beforeAutospacing="1" w:after="100" w:afterAutospacing="1"/>
              <w:jc w:val="both"/>
              <w:rPr>
                <w:rFonts w:ascii="Times New Roman" w:eastAsia="Times New Roman" w:hAnsi="Times New Roman" w:cs="Times New Roman"/>
                <w:lang w:val="pt-BR" w:eastAsia="pt-BR"/>
              </w:rPr>
            </w:pPr>
            <w:r w:rsidRPr="00394E04">
              <w:rPr>
                <w:rFonts w:ascii="Times New Roman" w:eastAsia="Times New Roman" w:hAnsi="Times New Roman" w:cs="Times New Roman"/>
                <w:lang w:val="pt-BR" w:eastAsia="pt-BR"/>
              </w:rPr>
              <w:t>Experiência profissional comprovada na criação de materiais digitais, apresentações, infográficos, publicações, portfólios ou materiais educativos</w:t>
            </w:r>
          </w:p>
        </w:tc>
        <w:tc>
          <w:tcPr>
            <w:tcW w:w="3555" w:type="dxa"/>
            <w:hideMark/>
          </w:tcPr>
          <w:p w14:paraId="260F7727" w14:textId="77777777" w:rsidR="00394E04" w:rsidRPr="00394E04" w:rsidRDefault="00394E04" w:rsidP="00394E04">
            <w:pPr>
              <w:spacing w:before="100" w:beforeAutospacing="1" w:after="100" w:afterAutospacing="1"/>
              <w:rPr>
                <w:rFonts w:ascii="Times New Roman" w:eastAsia="Times New Roman" w:hAnsi="Times New Roman" w:cs="Times New Roman"/>
                <w:lang w:val="pt-BR" w:eastAsia="pt-BR"/>
              </w:rPr>
            </w:pPr>
            <w:r w:rsidRPr="00394E04">
              <w:rPr>
                <w:rFonts w:ascii="Times New Roman" w:eastAsia="Times New Roman" w:hAnsi="Times New Roman" w:cs="Times New Roman"/>
                <w:lang w:val="pt-BR" w:eastAsia="pt-BR"/>
              </w:rPr>
              <w:t>Declaração, contrato, portfólio identificado ou documento equivalente; 7,5 pontos por experiência/projeto comprovado</w:t>
            </w:r>
          </w:p>
        </w:tc>
        <w:tc>
          <w:tcPr>
            <w:tcW w:w="2325" w:type="dxa"/>
            <w:hideMark/>
          </w:tcPr>
          <w:p w14:paraId="3A5AEB82" w14:textId="77777777" w:rsidR="00394E04" w:rsidRPr="00394E04" w:rsidRDefault="00394E04" w:rsidP="00394E04">
            <w:pPr>
              <w:spacing w:before="100" w:beforeAutospacing="1" w:after="100" w:afterAutospacing="1"/>
              <w:rPr>
                <w:rFonts w:ascii="Times New Roman" w:eastAsia="Times New Roman" w:hAnsi="Times New Roman" w:cs="Times New Roman"/>
                <w:lang w:val="pt-BR" w:eastAsia="pt-BR"/>
              </w:rPr>
            </w:pPr>
            <w:r w:rsidRPr="00394E04">
              <w:rPr>
                <w:rFonts w:ascii="Times New Roman" w:eastAsia="Times New Roman" w:hAnsi="Times New Roman" w:cs="Times New Roman"/>
                <w:lang w:val="pt-BR" w:eastAsia="pt-BR"/>
              </w:rPr>
              <w:t>Até 15 pontos</w:t>
            </w:r>
          </w:p>
        </w:tc>
        <w:tc>
          <w:tcPr>
            <w:tcW w:w="1440" w:type="dxa"/>
            <w:hideMark/>
          </w:tcPr>
          <w:p w14:paraId="4D09B9FC" w14:textId="77777777" w:rsidR="00394E04" w:rsidRPr="00394E04" w:rsidRDefault="00394E04" w:rsidP="00394E04">
            <w:pPr>
              <w:spacing w:before="100" w:beforeAutospacing="1" w:after="100" w:afterAutospacing="1"/>
              <w:rPr>
                <w:rFonts w:ascii="Times New Roman" w:eastAsia="Times New Roman" w:hAnsi="Times New Roman" w:cs="Times New Roman"/>
                <w:lang w:val="pt-BR" w:eastAsia="pt-BR"/>
              </w:rPr>
            </w:pPr>
            <w:r w:rsidRPr="00394E04">
              <w:rPr>
                <w:rFonts w:ascii="Times New Roman" w:eastAsia="Times New Roman" w:hAnsi="Times New Roman" w:cs="Times New Roman"/>
                <w:lang w:val="pt-BR" w:eastAsia="pt-BR"/>
              </w:rPr>
              <w:t>15</w:t>
            </w:r>
          </w:p>
        </w:tc>
        <w:tc>
          <w:tcPr>
            <w:tcW w:w="1440" w:type="dxa"/>
            <w:hideMark/>
          </w:tcPr>
          <w:p w14:paraId="0930D7A2" w14:textId="77777777" w:rsidR="00394E04" w:rsidRPr="00394E04" w:rsidRDefault="00394E04" w:rsidP="00394E04">
            <w:pPr>
              <w:rPr>
                <w:rFonts w:ascii="Times New Roman" w:eastAsia="Times New Roman" w:hAnsi="Times New Roman" w:cs="Times New Roman"/>
                <w:lang w:val="pt-BR" w:eastAsia="pt-BR"/>
              </w:rPr>
            </w:pPr>
          </w:p>
        </w:tc>
      </w:tr>
      <w:tr w:rsidR="00394E04" w:rsidRPr="00394E04" w14:paraId="3EA74525" w14:textId="77777777" w:rsidTr="004276BD">
        <w:tc>
          <w:tcPr>
            <w:tcW w:w="0" w:type="auto"/>
            <w:hideMark/>
          </w:tcPr>
          <w:p w14:paraId="269AC7F4" w14:textId="77777777" w:rsidR="00394E04" w:rsidRPr="00394E04" w:rsidRDefault="00394E04" w:rsidP="004276BD">
            <w:pPr>
              <w:spacing w:before="100" w:beforeAutospacing="1" w:after="100" w:afterAutospacing="1"/>
              <w:jc w:val="both"/>
              <w:rPr>
                <w:rFonts w:ascii="Times New Roman" w:eastAsia="Times New Roman" w:hAnsi="Times New Roman" w:cs="Times New Roman"/>
                <w:lang w:val="pt-BR" w:eastAsia="pt-BR"/>
              </w:rPr>
            </w:pPr>
            <w:r w:rsidRPr="00394E04">
              <w:rPr>
                <w:rFonts w:ascii="Times New Roman" w:eastAsia="Times New Roman" w:hAnsi="Times New Roman" w:cs="Times New Roman"/>
                <w:lang w:val="pt-BR" w:eastAsia="pt-BR"/>
              </w:rPr>
              <w:t>Experiência em planejamento ou condução de atividades sobre acessibilidade, direitos autorais, privacidade ou ética digital aplicadas a conteúdos digitais</w:t>
            </w:r>
          </w:p>
        </w:tc>
        <w:tc>
          <w:tcPr>
            <w:tcW w:w="3555" w:type="dxa"/>
            <w:hideMark/>
          </w:tcPr>
          <w:p w14:paraId="1AF59DBB" w14:textId="77777777" w:rsidR="00394E04" w:rsidRPr="00394E04" w:rsidRDefault="00394E04" w:rsidP="00394E04">
            <w:pPr>
              <w:spacing w:before="100" w:beforeAutospacing="1" w:after="100" w:afterAutospacing="1"/>
              <w:rPr>
                <w:rFonts w:ascii="Times New Roman" w:eastAsia="Times New Roman" w:hAnsi="Times New Roman" w:cs="Times New Roman"/>
                <w:lang w:val="pt-BR" w:eastAsia="pt-BR"/>
              </w:rPr>
            </w:pPr>
            <w:r w:rsidRPr="00394E04">
              <w:rPr>
                <w:rFonts w:ascii="Times New Roman" w:eastAsia="Times New Roman" w:hAnsi="Times New Roman" w:cs="Times New Roman"/>
                <w:lang w:val="pt-BR" w:eastAsia="pt-BR"/>
              </w:rPr>
              <w:t>Declaração, certificado ou documento comprobatório; 1 ponto por atividade</w:t>
            </w:r>
          </w:p>
        </w:tc>
        <w:tc>
          <w:tcPr>
            <w:tcW w:w="2325" w:type="dxa"/>
            <w:hideMark/>
          </w:tcPr>
          <w:p w14:paraId="5BB0CA5A" w14:textId="77777777" w:rsidR="00394E04" w:rsidRPr="00394E04" w:rsidRDefault="00394E04" w:rsidP="00394E04">
            <w:pPr>
              <w:spacing w:before="100" w:beforeAutospacing="1" w:after="100" w:afterAutospacing="1"/>
              <w:rPr>
                <w:rFonts w:ascii="Times New Roman" w:eastAsia="Times New Roman" w:hAnsi="Times New Roman" w:cs="Times New Roman"/>
                <w:lang w:val="pt-BR" w:eastAsia="pt-BR"/>
              </w:rPr>
            </w:pPr>
            <w:r w:rsidRPr="00394E04">
              <w:rPr>
                <w:rFonts w:ascii="Times New Roman" w:eastAsia="Times New Roman" w:hAnsi="Times New Roman" w:cs="Times New Roman"/>
                <w:lang w:val="pt-BR" w:eastAsia="pt-BR"/>
              </w:rPr>
              <w:t>Até 7 pontos</w:t>
            </w:r>
          </w:p>
        </w:tc>
        <w:tc>
          <w:tcPr>
            <w:tcW w:w="1440" w:type="dxa"/>
            <w:hideMark/>
          </w:tcPr>
          <w:p w14:paraId="284FBA1C" w14:textId="77777777" w:rsidR="00394E04" w:rsidRPr="00394E04" w:rsidRDefault="00394E04" w:rsidP="00394E04">
            <w:pPr>
              <w:spacing w:before="100" w:beforeAutospacing="1" w:after="100" w:afterAutospacing="1"/>
              <w:rPr>
                <w:rFonts w:ascii="Times New Roman" w:eastAsia="Times New Roman" w:hAnsi="Times New Roman" w:cs="Times New Roman"/>
                <w:lang w:val="pt-BR" w:eastAsia="pt-BR"/>
              </w:rPr>
            </w:pPr>
            <w:r w:rsidRPr="00394E04">
              <w:rPr>
                <w:rFonts w:ascii="Times New Roman" w:eastAsia="Times New Roman" w:hAnsi="Times New Roman" w:cs="Times New Roman"/>
                <w:lang w:val="pt-BR" w:eastAsia="pt-BR"/>
              </w:rPr>
              <w:t>7</w:t>
            </w:r>
          </w:p>
        </w:tc>
        <w:tc>
          <w:tcPr>
            <w:tcW w:w="1440" w:type="dxa"/>
            <w:hideMark/>
          </w:tcPr>
          <w:p w14:paraId="15A38EBA" w14:textId="77777777" w:rsidR="00394E04" w:rsidRPr="00394E04" w:rsidRDefault="00394E04" w:rsidP="00394E04">
            <w:pPr>
              <w:rPr>
                <w:rFonts w:ascii="Times New Roman" w:eastAsia="Times New Roman" w:hAnsi="Times New Roman" w:cs="Times New Roman"/>
                <w:lang w:val="pt-BR" w:eastAsia="pt-BR"/>
              </w:rPr>
            </w:pPr>
          </w:p>
        </w:tc>
      </w:tr>
      <w:tr w:rsidR="00394E04" w:rsidRPr="00394E04" w14:paraId="612FE4DF" w14:textId="77777777" w:rsidTr="004276BD">
        <w:tc>
          <w:tcPr>
            <w:tcW w:w="9960" w:type="dxa"/>
            <w:gridSpan w:val="3"/>
            <w:hideMark/>
          </w:tcPr>
          <w:p w14:paraId="32147289" w14:textId="77777777" w:rsidR="00394E04" w:rsidRPr="00394E04" w:rsidRDefault="00394E04" w:rsidP="00394E04">
            <w:pPr>
              <w:spacing w:before="100" w:beforeAutospacing="1" w:after="100" w:afterAutospacing="1"/>
              <w:rPr>
                <w:rFonts w:ascii="Times New Roman" w:eastAsia="Times New Roman" w:hAnsi="Times New Roman" w:cs="Times New Roman"/>
                <w:lang w:val="pt-BR" w:eastAsia="pt-BR"/>
              </w:rPr>
            </w:pPr>
            <w:r w:rsidRPr="00394E04">
              <w:rPr>
                <w:rFonts w:ascii="Times New Roman" w:eastAsia="Times New Roman" w:hAnsi="Times New Roman" w:cs="Times New Roman"/>
                <w:b/>
                <w:bCs/>
                <w:lang w:val="pt-BR" w:eastAsia="pt-BR"/>
              </w:rPr>
              <w:t>Pontuação total </w:t>
            </w:r>
          </w:p>
        </w:tc>
        <w:tc>
          <w:tcPr>
            <w:tcW w:w="1440" w:type="dxa"/>
            <w:gridSpan w:val="2"/>
            <w:hideMark/>
          </w:tcPr>
          <w:p w14:paraId="557AC04B" w14:textId="77777777" w:rsidR="00394E04" w:rsidRPr="00394E04" w:rsidRDefault="00394E04" w:rsidP="00394E04">
            <w:pPr>
              <w:spacing w:before="100" w:beforeAutospacing="1" w:after="100" w:afterAutospacing="1"/>
              <w:rPr>
                <w:rFonts w:ascii="Times New Roman" w:eastAsia="Times New Roman" w:hAnsi="Times New Roman" w:cs="Times New Roman"/>
                <w:lang w:val="pt-BR" w:eastAsia="pt-BR"/>
              </w:rPr>
            </w:pPr>
          </w:p>
        </w:tc>
      </w:tr>
    </w:tbl>
    <w:p w14:paraId="15690372" w14:textId="77777777" w:rsidR="00BF0EFF" w:rsidRPr="00BF0EFF" w:rsidRDefault="00BF0EFF" w:rsidP="00723E23">
      <w:pPr>
        <w:rPr>
          <w:rFonts w:ascii="Times New Roman" w:hAnsi="Times New Roman" w:cs="Times New Roman"/>
          <w:sz w:val="24"/>
          <w:szCs w:val="24"/>
          <w:lang w:val="pt-BR"/>
        </w:rPr>
      </w:pPr>
      <w:bookmarkStart w:id="0" w:name="_GoBack"/>
      <w:bookmarkEnd w:id="0"/>
    </w:p>
    <w:p w14:paraId="543BFA2A" w14:textId="78B607D8" w:rsidR="00C826B7" w:rsidRPr="00BF0EFF" w:rsidRDefault="004276BD" w:rsidP="004276BD">
      <w:pPr>
        <w:jc w:val="center"/>
        <w:rPr>
          <w:rFonts w:ascii="Times New Roman" w:hAnsi="Times New Roman" w:cs="Times New Roman"/>
          <w:sz w:val="24"/>
          <w:szCs w:val="24"/>
          <w:lang w:val="pt-BR"/>
        </w:rPr>
      </w:pPr>
      <w:r w:rsidRPr="00BF0EFF">
        <w:rPr>
          <w:rFonts w:ascii="Times New Roman" w:hAnsi="Times New Roman" w:cs="Times New Roman"/>
          <w:sz w:val="24"/>
          <w:szCs w:val="24"/>
          <w:lang w:val="pt-BR"/>
        </w:rPr>
        <w:t>___________________________________</w:t>
      </w:r>
      <w:r w:rsidRPr="00BF0EFF">
        <w:rPr>
          <w:rFonts w:ascii="Times New Roman" w:hAnsi="Times New Roman" w:cs="Times New Roman"/>
          <w:sz w:val="24"/>
          <w:szCs w:val="24"/>
          <w:lang w:val="pt-BR"/>
        </w:rPr>
        <w:br/>
        <w:t>Assinatura do Candidato</w:t>
      </w:r>
      <w:r w:rsidRPr="00BF0EFF">
        <w:rPr>
          <w:rFonts w:ascii="Times New Roman" w:hAnsi="Times New Roman" w:cs="Times New Roman"/>
          <w:sz w:val="24"/>
          <w:szCs w:val="24"/>
          <w:lang w:val="pt-BR"/>
        </w:rPr>
        <w:br w:type="page"/>
      </w:r>
    </w:p>
    <w:p w14:paraId="1BF8FC7F" w14:textId="77777777" w:rsidR="00C826B7" w:rsidRPr="00BF0EFF" w:rsidRDefault="004276BD">
      <w:pPr>
        <w:jc w:val="center"/>
        <w:rPr>
          <w:rFonts w:ascii="Times New Roman" w:hAnsi="Times New Roman" w:cs="Times New Roman"/>
          <w:sz w:val="24"/>
          <w:szCs w:val="24"/>
        </w:rPr>
      </w:pPr>
      <w:r w:rsidRPr="00BF0EFF">
        <w:rPr>
          <w:rFonts w:ascii="Times New Roman" w:hAnsi="Times New Roman" w:cs="Times New Roman"/>
          <w:b/>
          <w:sz w:val="24"/>
          <w:szCs w:val="24"/>
        </w:rPr>
        <w:lastRenderedPageBreak/>
        <w:t>ANEXO III – FORMULÁRIO DE RECURSO</w:t>
      </w:r>
    </w:p>
    <w:tbl>
      <w:tblPr>
        <w:tblStyle w:val="Tabelacomgrade"/>
        <w:tblW w:w="0" w:type="auto"/>
        <w:jc w:val="center"/>
        <w:tblLook w:val="04A0" w:firstRow="1" w:lastRow="0" w:firstColumn="1" w:lastColumn="0" w:noHBand="0" w:noVBand="1"/>
      </w:tblPr>
      <w:tblGrid>
        <w:gridCol w:w="4320"/>
        <w:gridCol w:w="4320"/>
      </w:tblGrid>
      <w:tr w:rsidR="00C826B7" w:rsidRPr="00BF0EFF" w14:paraId="262725B1" w14:textId="77777777">
        <w:trPr>
          <w:jc w:val="center"/>
        </w:trPr>
        <w:tc>
          <w:tcPr>
            <w:tcW w:w="4320" w:type="dxa"/>
            <w:vAlign w:val="center"/>
          </w:tcPr>
          <w:p w14:paraId="39FB4271" w14:textId="77777777" w:rsidR="00C826B7" w:rsidRPr="00BF0EFF" w:rsidRDefault="004276BD">
            <w:pPr>
              <w:rPr>
                <w:rFonts w:ascii="Times New Roman" w:hAnsi="Times New Roman" w:cs="Times New Roman"/>
                <w:sz w:val="24"/>
                <w:szCs w:val="24"/>
              </w:rPr>
            </w:pPr>
            <w:r w:rsidRPr="00BF0EFF">
              <w:rPr>
                <w:rFonts w:ascii="Times New Roman" w:hAnsi="Times New Roman" w:cs="Times New Roman"/>
                <w:sz w:val="24"/>
                <w:szCs w:val="24"/>
              </w:rPr>
              <w:t>Nome</w:t>
            </w:r>
          </w:p>
        </w:tc>
        <w:tc>
          <w:tcPr>
            <w:tcW w:w="4320" w:type="dxa"/>
            <w:vAlign w:val="center"/>
          </w:tcPr>
          <w:p w14:paraId="7730CCA1" w14:textId="77777777" w:rsidR="00C826B7" w:rsidRPr="00BF0EFF" w:rsidRDefault="00C826B7">
            <w:pPr>
              <w:rPr>
                <w:rFonts w:ascii="Times New Roman" w:hAnsi="Times New Roman" w:cs="Times New Roman"/>
                <w:sz w:val="24"/>
                <w:szCs w:val="24"/>
              </w:rPr>
            </w:pPr>
          </w:p>
        </w:tc>
      </w:tr>
      <w:tr w:rsidR="00C826B7" w:rsidRPr="00BF0EFF" w14:paraId="19BA84CF" w14:textId="77777777">
        <w:trPr>
          <w:jc w:val="center"/>
        </w:trPr>
        <w:tc>
          <w:tcPr>
            <w:tcW w:w="4320" w:type="dxa"/>
            <w:vAlign w:val="center"/>
          </w:tcPr>
          <w:p w14:paraId="46DDABAD" w14:textId="77777777" w:rsidR="00C826B7" w:rsidRPr="00BF0EFF" w:rsidRDefault="004276BD">
            <w:pPr>
              <w:rPr>
                <w:rFonts w:ascii="Times New Roman" w:hAnsi="Times New Roman" w:cs="Times New Roman"/>
                <w:sz w:val="24"/>
                <w:szCs w:val="24"/>
              </w:rPr>
            </w:pPr>
            <w:r w:rsidRPr="00BF0EFF">
              <w:rPr>
                <w:rFonts w:ascii="Times New Roman" w:hAnsi="Times New Roman" w:cs="Times New Roman"/>
                <w:sz w:val="24"/>
                <w:szCs w:val="24"/>
              </w:rPr>
              <w:t>Documento de identidade</w:t>
            </w:r>
          </w:p>
        </w:tc>
        <w:tc>
          <w:tcPr>
            <w:tcW w:w="4320" w:type="dxa"/>
            <w:vAlign w:val="center"/>
          </w:tcPr>
          <w:p w14:paraId="410FE46A" w14:textId="77777777" w:rsidR="00C826B7" w:rsidRPr="00BF0EFF" w:rsidRDefault="00C826B7">
            <w:pPr>
              <w:rPr>
                <w:rFonts w:ascii="Times New Roman" w:hAnsi="Times New Roman" w:cs="Times New Roman"/>
                <w:sz w:val="24"/>
                <w:szCs w:val="24"/>
              </w:rPr>
            </w:pPr>
          </w:p>
        </w:tc>
      </w:tr>
      <w:tr w:rsidR="00C826B7" w:rsidRPr="00BF0EFF" w14:paraId="410A561D" w14:textId="77777777">
        <w:trPr>
          <w:jc w:val="center"/>
        </w:trPr>
        <w:tc>
          <w:tcPr>
            <w:tcW w:w="4320" w:type="dxa"/>
            <w:vAlign w:val="center"/>
          </w:tcPr>
          <w:p w14:paraId="2385CBEC" w14:textId="77777777" w:rsidR="00C826B7" w:rsidRPr="00BF0EFF" w:rsidRDefault="004276BD">
            <w:pPr>
              <w:rPr>
                <w:rFonts w:ascii="Times New Roman" w:hAnsi="Times New Roman" w:cs="Times New Roman"/>
                <w:sz w:val="24"/>
                <w:szCs w:val="24"/>
              </w:rPr>
            </w:pPr>
            <w:r w:rsidRPr="00BF0EFF">
              <w:rPr>
                <w:rFonts w:ascii="Times New Roman" w:hAnsi="Times New Roman" w:cs="Times New Roman"/>
                <w:sz w:val="24"/>
                <w:szCs w:val="24"/>
              </w:rPr>
              <w:t>E-mail</w:t>
            </w:r>
          </w:p>
        </w:tc>
        <w:tc>
          <w:tcPr>
            <w:tcW w:w="4320" w:type="dxa"/>
            <w:vAlign w:val="center"/>
          </w:tcPr>
          <w:p w14:paraId="5EECE497" w14:textId="77777777" w:rsidR="00C826B7" w:rsidRPr="00BF0EFF" w:rsidRDefault="00C826B7">
            <w:pPr>
              <w:rPr>
                <w:rFonts w:ascii="Times New Roman" w:hAnsi="Times New Roman" w:cs="Times New Roman"/>
                <w:sz w:val="24"/>
                <w:szCs w:val="24"/>
              </w:rPr>
            </w:pPr>
          </w:p>
        </w:tc>
      </w:tr>
      <w:tr w:rsidR="00C826B7" w:rsidRPr="00BF0EFF" w14:paraId="2414D927" w14:textId="77777777">
        <w:trPr>
          <w:jc w:val="center"/>
        </w:trPr>
        <w:tc>
          <w:tcPr>
            <w:tcW w:w="4320" w:type="dxa"/>
            <w:vAlign w:val="center"/>
          </w:tcPr>
          <w:p w14:paraId="44966788" w14:textId="77777777" w:rsidR="00C826B7" w:rsidRPr="00BF0EFF" w:rsidRDefault="004276BD">
            <w:pPr>
              <w:rPr>
                <w:rFonts w:ascii="Times New Roman" w:hAnsi="Times New Roman" w:cs="Times New Roman"/>
                <w:sz w:val="24"/>
                <w:szCs w:val="24"/>
              </w:rPr>
            </w:pPr>
            <w:r w:rsidRPr="00BF0EFF">
              <w:rPr>
                <w:rFonts w:ascii="Times New Roman" w:hAnsi="Times New Roman" w:cs="Times New Roman"/>
                <w:sz w:val="24"/>
                <w:szCs w:val="24"/>
              </w:rPr>
              <w:t>Telefone/Celular</w:t>
            </w:r>
          </w:p>
        </w:tc>
        <w:tc>
          <w:tcPr>
            <w:tcW w:w="4320" w:type="dxa"/>
            <w:vAlign w:val="center"/>
          </w:tcPr>
          <w:p w14:paraId="590EB3CE" w14:textId="77777777" w:rsidR="00C826B7" w:rsidRPr="00BF0EFF" w:rsidRDefault="00C826B7">
            <w:pPr>
              <w:rPr>
                <w:rFonts w:ascii="Times New Roman" w:hAnsi="Times New Roman" w:cs="Times New Roman"/>
                <w:sz w:val="24"/>
                <w:szCs w:val="24"/>
              </w:rPr>
            </w:pPr>
          </w:p>
        </w:tc>
      </w:tr>
    </w:tbl>
    <w:p w14:paraId="4EDB758C" w14:textId="77777777" w:rsidR="00C826B7" w:rsidRPr="00BF0EFF" w:rsidRDefault="004276BD">
      <w:pPr>
        <w:rPr>
          <w:rFonts w:ascii="Times New Roman" w:hAnsi="Times New Roman" w:cs="Times New Roman"/>
          <w:sz w:val="24"/>
          <w:szCs w:val="24"/>
        </w:rPr>
      </w:pPr>
      <w:r w:rsidRPr="00BF0EFF">
        <w:rPr>
          <w:rFonts w:ascii="Times New Roman" w:hAnsi="Times New Roman" w:cs="Times New Roman"/>
          <w:sz w:val="24"/>
          <w:szCs w:val="24"/>
        </w:rPr>
        <w:br/>
        <w:t>Referência do Recurso</w:t>
      </w:r>
    </w:p>
    <w:p w14:paraId="54396788" w14:textId="77777777" w:rsidR="00C826B7" w:rsidRPr="00723E23" w:rsidRDefault="004276BD">
      <w:pPr>
        <w:rPr>
          <w:rFonts w:ascii="Times New Roman" w:hAnsi="Times New Roman" w:cs="Times New Roman"/>
          <w:sz w:val="24"/>
          <w:szCs w:val="24"/>
          <w:lang w:val="pt-BR"/>
        </w:rPr>
      </w:pPr>
      <w:proofErr w:type="gramStart"/>
      <w:r w:rsidRPr="00723E23">
        <w:rPr>
          <w:rFonts w:ascii="Times New Roman" w:hAnsi="Times New Roman" w:cs="Times New Roman"/>
          <w:sz w:val="24"/>
          <w:szCs w:val="24"/>
          <w:lang w:val="pt-BR"/>
        </w:rPr>
        <w:t>( )</w:t>
      </w:r>
      <w:proofErr w:type="gramEnd"/>
      <w:r w:rsidRPr="00723E23">
        <w:rPr>
          <w:rFonts w:ascii="Times New Roman" w:hAnsi="Times New Roman" w:cs="Times New Roman"/>
          <w:sz w:val="24"/>
          <w:szCs w:val="24"/>
          <w:lang w:val="pt-BR"/>
        </w:rPr>
        <w:t xml:space="preserve"> Homologação de inscrição</w:t>
      </w:r>
    </w:p>
    <w:p w14:paraId="3945A6EC" w14:textId="77777777" w:rsidR="00C826B7" w:rsidRPr="00723E23" w:rsidRDefault="004276BD">
      <w:pPr>
        <w:rPr>
          <w:rFonts w:ascii="Times New Roman" w:hAnsi="Times New Roman" w:cs="Times New Roman"/>
          <w:sz w:val="24"/>
          <w:szCs w:val="24"/>
          <w:lang w:val="pt-BR"/>
        </w:rPr>
      </w:pPr>
      <w:proofErr w:type="gramStart"/>
      <w:r w:rsidRPr="00723E23">
        <w:rPr>
          <w:rFonts w:ascii="Times New Roman" w:hAnsi="Times New Roman" w:cs="Times New Roman"/>
          <w:sz w:val="24"/>
          <w:szCs w:val="24"/>
          <w:lang w:val="pt-BR"/>
        </w:rPr>
        <w:t>( )</w:t>
      </w:r>
      <w:proofErr w:type="gramEnd"/>
      <w:r w:rsidRPr="00723E23">
        <w:rPr>
          <w:rFonts w:ascii="Times New Roman" w:hAnsi="Times New Roman" w:cs="Times New Roman"/>
          <w:sz w:val="24"/>
          <w:szCs w:val="24"/>
          <w:lang w:val="pt-BR"/>
        </w:rPr>
        <w:t xml:space="preserve"> Análise documental</w:t>
      </w:r>
    </w:p>
    <w:p w14:paraId="40216F65" w14:textId="77777777" w:rsidR="00C826B7" w:rsidRPr="00723E23" w:rsidRDefault="004276BD">
      <w:pPr>
        <w:rPr>
          <w:rFonts w:ascii="Times New Roman" w:hAnsi="Times New Roman" w:cs="Times New Roman"/>
          <w:sz w:val="24"/>
          <w:szCs w:val="24"/>
          <w:lang w:val="pt-BR"/>
        </w:rPr>
      </w:pPr>
      <w:proofErr w:type="gramStart"/>
      <w:r w:rsidRPr="00723E23">
        <w:rPr>
          <w:rFonts w:ascii="Times New Roman" w:hAnsi="Times New Roman" w:cs="Times New Roman"/>
          <w:sz w:val="24"/>
          <w:szCs w:val="24"/>
          <w:lang w:val="pt-BR"/>
        </w:rPr>
        <w:t>( )</w:t>
      </w:r>
      <w:proofErr w:type="gramEnd"/>
      <w:r w:rsidRPr="00723E23">
        <w:rPr>
          <w:rFonts w:ascii="Times New Roman" w:hAnsi="Times New Roman" w:cs="Times New Roman"/>
          <w:sz w:val="24"/>
          <w:szCs w:val="24"/>
          <w:lang w:val="pt-BR"/>
        </w:rPr>
        <w:t xml:space="preserve"> Critério de desempate</w:t>
      </w:r>
    </w:p>
    <w:p w14:paraId="5DBB505A" w14:textId="77777777" w:rsidR="00C826B7" w:rsidRPr="00723E23" w:rsidRDefault="004276BD">
      <w:pPr>
        <w:rPr>
          <w:rFonts w:ascii="Times New Roman" w:hAnsi="Times New Roman" w:cs="Times New Roman"/>
          <w:sz w:val="24"/>
          <w:szCs w:val="24"/>
          <w:lang w:val="pt-BR"/>
        </w:rPr>
      </w:pPr>
      <w:proofErr w:type="gramStart"/>
      <w:r w:rsidRPr="00723E23">
        <w:rPr>
          <w:rFonts w:ascii="Times New Roman" w:hAnsi="Times New Roman" w:cs="Times New Roman"/>
          <w:sz w:val="24"/>
          <w:szCs w:val="24"/>
          <w:lang w:val="pt-BR"/>
        </w:rPr>
        <w:t>( )</w:t>
      </w:r>
      <w:proofErr w:type="gramEnd"/>
      <w:r w:rsidRPr="00723E23">
        <w:rPr>
          <w:rFonts w:ascii="Times New Roman" w:hAnsi="Times New Roman" w:cs="Times New Roman"/>
          <w:sz w:val="24"/>
          <w:szCs w:val="24"/>
          <w:lang w:val="pt-BR"/>
        </w:rPr>
        <w:t xml:space="preserve"> Outros motivos: __________________</w:t>
      </w:r>
    </w:p>
    <w:p w14:paraId="760684A7" w14:textId="77777777" w:rsidR="00C826B7" w:rsidRPr="00BF0EFF" w:rsidRDefault="004276BD">
      <w:pPr>
        <w:rPr>
          <w:rFonts w:ascii="Times New Roman" w:hAnsi="Times New Roman" w:cs="Times New Roman"/>
          <w:sz w:val="24"/>
          <w:szCs w:val="24"/>
          <w:lang w:val="pt-BR"/>
        </w:rPr>
      </w:pPr>
      <w:r w:rsidRPr="00BF0EFF">
        <w:rPr>
          <w:rFonts w:ascii="Times New Roman" w:hAnsi="Times New Roman" w:cs="Times New Roman"/>
          <w:sz w:val="24"/>
          <w:szCs w:val="24"/>
          <w:lang w:val="pt-BR"/>
        </w:rPr>
        <w:br/>
        <w:t>Argumentos que embasam o recurso:</w:t>
      </w:r>
    </w:p>
    <w:tbl>
      <w:tblPr>
        <w:tblStyle w:val="Tabelacomgrade"/>
        <w:tblW w:w="0" w:type="auto"/>
        <w:jc w:val="center"/>
        <w:tblLook w:val="04A0" w:firstRow="1" w:lastRow="0" w:firstColumn="1" w:lastColumn="0" w:noHBand="0" w:noVBand="1"/>
      </w:tblPr>
      <w:tblGrid>
        <w:gridCol w:w="8640"/>
      </w:tblGrid>
      <w:tr w:rsidR="00C826B7" w:rsidRPr="00723E23" w14:paraId="12577B7D" w14:textId="77777777">
        <w:trPr>
          <w:jc w:val="center"/>
        </w:trPr>
        <w:tc>
          <w:tcPr>
            <w:tcW w:w="8640" w:type="dxa"/>
            <w:vAlign w:val="center"/>
          </w:tcPr>
          <w:p w14:paraId="731BF373" w14:textId="77777777" w:rsidR="00C826B7" w:rsidRPr="00BF0EFF" w:rsidRDefault="00C826B7">
            <w:pPr>
              <w:rPr>
                <w:rFonts w:ascii="Times New Roman" w:hAnsi="Times New Roman" w:cs="Times New Roman"/>
                <w:sz w:val="24"/>
                <w:szCs w:val="24"/>
                <w:lang w:val="pt-BR"/>
              </w:rPr>
            </w:pPr>
          </w:p>
        </w:tc>
      </w:tr>
      <w:tr w:rsidR="00C826B7" w:rsidRPr="00723E23" w14:paraId="650435C0" w14:textId="77777777">
        <w:trPr>
          <w:jc w:val="center"/>
        </w:trPr>
        <w:tc>
          <w:tcPr>
            <w:tcW w:w="8640" w:type="dxa"/>
            <w:vAlign w:val="center"/>
          </w:tcPr>
          <w:p w14:paraId="412935DD" w14:textId="77777777" w:rsidR="00C826B7" w:rsidRPr="00BF0EFF" w:rsidRDefault="00C826B7">
            <w:pPr>
              <w:rPr>
                <w:rFonts w:ascii="Times New Roman" w:hAnsi="Times New Roman" w:cs="Times New Roman"/>
                <w:sz w:val="24"/>
                <w:szCs w:val="24"/>
                <w:lang w:val="pt-BR"/>
              </w:rPr>
            </w:pPr>
          </w:p>
        </w:tc>
      </w:tr>
      <w:tr w:rsidR="00C826B7" w:rsidRPr="00723E23" w14:paraId="20D169EC" w14:textId="77777777">
        <w:trPr>
          <w:jc w:val="center"/>
        </w:trPr>
        <w:tc>
          <w:tcPr>
            <w:tcW w:w="8640" w:type="dxa"/>
            <w:vAlign w:val="center"/>
          </w:tcPr>
          <w:p w14:paraId="6D8EF81D" w14:textId="77777777" w:rsidR="00C826B7" w:rsidRPr="00BF0EFF" w:rsidRDefault="00C826B7">
            <w:pPr>
              <w:rPr>
                <w:rFonts w:ascii="Times New Roman" w:hAnsi="Times New Roman" w:cs="Times New Roman"/>
                <w:sz w:val="24"/>
                <w:szCs w:val="24"/>
                <w:lang w:val="pt-BR"/>
              </w:rPr>
            </w:pPr>
          </w:p>
        </w:tc>
      </w:tr>
      <w:tr w:rsidR="00C826B7" w:rsidRPr="00723E23" w14:paraId="557CF638" w14:textId="77777777">
        <w:trPr>
          <w:jc w:val="center"/>
        </w:trPr>
        <w:tc>
          <w:tcPr>
            <w:tcW w:w="8640" w:type="dxa"/>
            <w:vAlign w:val="center"/>
          </w:tcPr>
          <w:p w14:paraId="1CD9401A" w14:textId="77777777" w:rsidR="00C826B7" w:rsidRPr="00BF0EFF" w:rsidRDefault="00C826B7">
            <w:pPr>
              <w:rPr>
                <w:rFonts w:ascii="Times New Roman" w:hAnsi="Times New Roman" w:cs="Times New Roman"/>
                <w:sz w:val="24"/>
                <w:szCs w:val="24"/>
                <w:lang w:val="pt-BR"/>
              </w:rPr>
            </w:pPr>
          </w:p>
        </w:tc>
      </w:tr>
      <w:tr w:rsidR="00C826B7" w:rsidRPr="00723E23" w14:paraId="02A0D56D" w14:textId="77777777">
        <w:trPr>
          <w:jc w:val="center"/>
        </w:trPr>
        <w:tc>
          <w:tcPr>
            <w:tcW w:w="8640" w:type="dxa"/>
            <w:vAlign w:val="center"/>
          </w:tcPr>
          <w:p w14:paraId="35FE94D7" w14:textId="77777777" w:rsidR="00C826B7" w:rsidRPr="00BF0EFF" w:rsidRDefault="00C826B7">
            <w:pPr>
              <w:rPr>
                <w:rFonts w:ascii="Times New Roman" w:hAnsi="Times New Roman" w:cs="Times New Roman"/>
                <w:sz w:val="24"/>
                <w:szCs w:val="24"/>
                <w:lang w:val="pt-BR"/>
              </w:rPr>
            </w:pPr>
          </w:p>
        </w:tc>
      </w:tr>
      <w:tr w:rsidR="00C826B7" w:rsidRPr="00723E23" w14:paraId="79B14CA5" w14:textId="77777777">
        <w:trPr>
          <w:jc w:val="center"/>
        </w:trPr>
        <w:tc>
          <w:tcPr>
            <w:tcW w:w="8640" w:type="dxa"/>
            <w:vAlign w:val="center"/>
          </w:tcPr>
          <w:p w14:paraId="6F28577D" w14:textId="77777777" w:rsidR="00C826B7" w:rsidRPr="00BF0EFF" w:rsidRDefault="00C826B7">
            <w:pPr>
              <w:rPr>
                <w:rFonts w:ascii="Times New Roman" w:hAnsi="Times New Roman" w:cs="Times New Roman"/>
                <w:sz w:val="24"/>
                <w:szCs w:val="24"/>
                <w:lang w:val="pt-BR"/>
              </w:rPr>
            </w:pPr>
          </w:p>
        </w:tc>
      </w:tr>
    </w:tbl>
    <w:p w14:paraId="21D65EFD" w14:textId="77777777" w:rsidR="00113AF7" w:rsidRDefault="004276BD" w:rsidP="00BF0EFF">
      <w:pPr>
        <w:jc w:val="right"/>
        <w:rPr>
          <w:rFonts w:ascii="Times New Roman" w:hAnsi="Times New Roman" w:cs="Times New Roman"/>
          <w:sz w:val="24"/>
          <w:szCs w:val="24"/>
          <w:lang w:val="pt-BR"/>
        </w:rPr>
      </w:pPr>
      <w:r w:rsidRPr="00BF0EFF">
        <w:rPr>
          <w:rFonts w:ascii="Times New Roman" w:hAnsi="Times New Roman" w:cs="Times New Roman"/>
          <w:sz w:val="24"/>
          <w:szCs w:val="24"/>
          <w:lang w:val="pt-BR"/>
        </w:rPr>
        <w:br/>
      </w:r>
    </w:p>
    <w:p w14:paraId="3806CBEE" w14:textId="77777777" w:rsidR="00C826B7" w:rsidRDefault="004276BD" w:rsidP="00BF0EFF">
      <w:pPr>
        <w:jc w:val="right"/>
        <w:rPr>
          <w:rFonts w:ascii="Times New Roman" w:hAnsi="Times New Roman" w:cs="Times New Roman"/>
          <w:sz w:val="24"/>
          <w:szCs w:val="24"/>
          <w:lang w:val="pt-BR"/>
        </w:rPr>
      </w:pPr>
      <w:r w:rsidRPr="00BF0EFF">
        <w:rPr>
          <w:rFonts w:ascii="Times New Roman" w:hAnsi="Times New Roman" w:cs="Times New Roman"/>
          <w:sz w:val="24"/>
          <w:szCs w:val="24"/>
          <w:lang w:val="pt-BR"/>
        </w:rPr>
        <w:t xml:space="preserve">Guajará-Mirim, ____ de __________ </w:t>
      </w:r>
      <w:proofErr w:type="spellStart"/>
      <w:r w:rsidRPr="00BF0EFF">
        <w:rPr>
          <w:rFonts w:ascii="Times New Roman" w:hAnsi="Times New Roman" w:cs="Times New Roman"/>
          <w:sz w:val="24"/>
          <w:szCs w:val="24"/>
          <w:lang w:val="pt-BR"/>
        </w:rPr>
        <w:t>de</w:t>
      </w:r>
      <w:proofErr w:type="spellEnd"/>
      <w:r w:rsidRPr="00BF0EFF">
        <w:rPr>
          <w:rFonts w:ascii="Times New Roman" w:hAnsi="Times New Roman" w:cs="Times New Roman"/>
          <w:sz w:val="24"/>
          <w:szCs w:val="24"/>
          <w:lang w:val="pt-BR"/>
        </w:rPr>
        <w:t xml:space="preserve"> 2026</w:t>
      </w:r>
      <w:r w:rsidR="00BF0EFF" w:rsidRPr="00BF0EFF">
        <w:rPr>
          <w:rFonts w:ascii="Times New Roman" w:hAnsi="Times New Roman" w:cs="Times New Roman"/>
          <w:sz w:val="24"/>
          <w:szCs w:val="24"/>
          <w:lang w:val="pt-BR"/>
        </w:rPr>
        <w:t>.</w:t>
      </w:r>
    </w:p>
    <w:p w14:paraId="77CA2FE4" w14:textId="77777777" w:rsidR="00113AF7" w:rsidRPr="00BF0EFF" w:rsidRDefault="00113AF7" w:rsidP="00BF0EFF">
      <w:pPr>
        <w:jc w:val="right"/>
        <w:rPr>
          <w:rFonts w:ascii="Times New Roman" w:hAnsi="Times New Roman" w:cs="Times New Roman"/>
          <w:sz w:val="24"/>
          <w:szCs w:val="24"/>
          <w:lang w:val="pt-BR"/>
        </w:rPr>
      </w:pPr>
    </w:p>
    <w:p w14:paraId="229C3424" w14:textId="77777777" w:rsidR="00BF0EFF" w:rsidRPr="00BF0EFF" w:rsidRDefault="00BF0EFF" w:rsidP="00BF0EFF">
      <w:pPr>
        <w:jc w:val="right"/>
        <w:rPr>
          <w:rFonts w:ascii="Times New Roman" w:hAnsi="Times New Roman" w:cs="Times New Roman"/>
          <w:sz w:val="24"/>
          <w:szCs w:val="24"/>
          <w:lang w:val="pt-BR"/>
        </w:rPr>
      </w:pPr>
    </w:p>
    <w:p w14:paraId="5D891BB9" w14:textId="77777777" w:rsidR="00C826B7" w:rsidRPr="00BF0EFF" w:rsidRDefault="004276BD" w:rsidP="00BF0EFF">
      <w:pPr>
        <w:jc w:val="center"/>
        <w:rPr>
          <w:rFonts w:ascii="Times New Roman" w:hAnsi="Times New Roman" w:cs="Times New Roman"/>
          <w:sz w:val="24"/>
          <w:szCs w:val="24"/>
          <w:lang w:val="pt-BR"/>
        </w:rPr>
      </w:pPr>
      <w:r w:rsidRPr="00BF0EFF">
        <w:rPr>
          <w:rFonts w:ascii="Times New Roman" w:hAnsi="Times New Roman" w:cs="Times New Roman"/>
          <w:sz w:val="24"/>
          <w:szCs w:val="24"/>
          <w:lang w:val="pt-BR"/>
        </w:rPr>
        <w:t>__________________________________________</w:t>
      </w:r>
      <w:r w:rsidRPr="00BF0EFF">
        <w:rPr>
          <w:rFonts w:ascii="Times New Roman" w:hAnsi="Times New Roman" w:cs="Times New Roman"/>
          <w:sz w:val="24"/>
          <w:szCs w:val="24"/>
          <w:lang w:val="pt-BR"/>
        </w:rPr>
        <w:br/>
        <w:t>Assinatura do Candidato</w:t>
      </w:r>
    </w:p>
    <w:p w14:paraId="6FF96F75" w14:textId="77777777" w:rsidR="00C826B7" w:rsidRPr="00BF0EFF" w:rsidRDefault="004276BD">
      <w:pPr>
        <w:rPr>
          <w:rFonts w:ascii="Times New Roman" w:hAnsi="Times New Roman" w:cs="Times New Roman"/>
          <w:sz w:val="24"/>
          <w:szCs w:val="24"/>
          <w:lang w:val="pt-BR"/>
        </w:rPr>
      </w:pPr>
      <w:r w:rsidRPr="00BF0EFF">
        <w:rPr>
          <w:rFonts w:ascii="Times New Roman" w:hAnsi="Times New Roman" w:cs="Times New Roman"/>
          <w:sz w:val="24"/>
          <w:szCs w:val="24"/>
          <w:lang w:val="pt-BR"/>
        </w:rPr>
        <w:br w:type="page"/>
      </w:r>
    </w:p>
    <w:p w14:paraId="4F35C0E2" w14:textId="77777777" w:rsidR="00835B33" w:rsidRPr="00835B33" w:rsidRDefault="004276BD" w:rsidP="00835B33">
      <w:pPr>
        <w:jc w:val="center"/>
        <w:rPr>
          <w:rFonts w:ascii="Times New Roman" w:hAnsi="Times New Roman" w:cs="Times New Roman"/>
          <w:b/>
          <w:sz w:val="24"/>
          <w:szCs w:val="24"/>
          <w:lang w:val="pt-BR"/>
        </w:rPr>
      </w:pPr>
      <w:r w:rsidRPr="00BF0EFF">
        <w:rPr>
          <w:rFonts w:ascii="Times New Roman" w:hAnsi="Times New Roman" w:cs="Times New Roman"/>
          <w:b/>
          <w:sz w:val="24"/>
          <w:szCs w:val="24"/>
          <w:lang w:val="pt-BR"/>
        </w:rPr>
        <w:lastRenderedPageBreak/>
        <w:t>ANEXO IV – ATRIBUIÇÕES DO PROFESSOR FORMADOR</w:t>
      </w:r>
    </w:p>
    <w:p w14:paraId="5C356ECC" w14:textId="77777777" w:rsidR="00835B33" w:rsidRPr="00835B33" w:rsidRDefault="00835B33" w:rsidP="00835B33">
      <w:pPr>
        <w:pStyle w:val="NormalWeb"/>
        <w:jc w:val="both"/>
        <w:rPr>
          <w:color w:val="000000"/>
        </w:rPr>
      </w:pPr>
      <w:r w:rsidRPr="00835B33">
        <w:rPr>
          <w:color w:val="000000"/>
        </w:rPr>
        <w:t>Descrição das atividades a serem desenvolvidas pelo professor formador: </w:t>
      </w:r>
    </w:p>
    <w:p w14:paraId="08E87A01" w14:textId="77777777" w:rsidR="00835B33" w:rsidRPr="00835B33" w:rsidRDefault="00835B33" w:rsidP="00835B33">
      <w:pPr>
        <w:pStyle w:val="NormalWeb"/>
        <w:jc w:val="both"/>
        <w:rPr>
          <w:color w:val="000000"/>
        </w:rPr>
      </w:pPr>
      <w:r w:rsidRPr="00835B33">
        <w:rPr>
          <w:color w:val="000000"/>
        </w:rPr>
        <w:t>a) Planejar as aulas e atividades didáticas e ministrá-las; </w:t>
      </w:r>
    </w:p>
    <w:p w14:paraId="599D2F6F" w14:textId="77777777" w:rsidR="00835B33" w:rsidRPr="00835B33" w:rsidRDefault="00835B33" w:rsidP="00835B33">
      <w:pPr>
        <w:pStyle w:val="NormalWeb"/>
        <w:jc w:val="both"/>
        <w:rPr>
          <w:color w:val="000000"/>
        </w:rPr>
      </w:pPr>
      <w:r w:rsidRPr="00835B33">
        <w:rPr>
          <w:color w:val="000000"/>
        </w:rPr>
        <w:t>b) Adequar a oferta dos cursos às necessidades específicas do público-alvo; </w:t>
      </w:r>
    </w:p>
    <w:p w14:paraId="7E31A291" w14:textId="77777777" w:rsidR="00835B33" w:rsidRPr="00835B33" w:rsidRDefault="00835B33" w:rsidP="00835B33">
      <w:pPr>
        <w:pStyle w:val="NormalWeb"/>
        <w:jc w:val="both"/>
        <w:rPr>
          <w:color w:val="000000"/>
        </w:rPr>
      </w:pPr>
      <w:r w:rsidRPr="00835B33">
        <w:rPr>
          <w:color w:val="000000"/>
        </w:rPr>
        <w:t>c) Avaliar o desempenho dos estudantes e preencher o formulário informando a nota e frequência dos alunos; </w:t>
      </w:r>
    </w:p>
    <w:p w14:paraId="51368E6F" w14:textId="77777777" w:rsidR="00835B33" w:rsidRPr="00835B33" w:rsidRDefault="00835B33" w:rsidP="00835B33">
      <w:pPr>
        <w:pStyle w:val="NormalWeb"/>
        <w:jc w:val="both"/>
        <w:rPr>
          <w:color w:val="000000"/>
        </w:rPr>
      </w:pPr>
      <w:r w:rsidRPr="00835B33">
        <w:rPr>
          <w:color w:val="000000"/>
        </w:rPr>
        <w:t>e) Participar dos encontros de coordenação, promovidos pelos Coordenadores Geral e Executivo; </w:t>
      </w:r>
    </w:p>
    <w:p w14:paraId="3503189C" w14:textId="77777777" w:rsidR="00835B33" w:rsidRPr="00835B33" w:rsidRDefault="00835B33" w:rsidP="00835B33">
      <w:pPr>
        <w:pStyle w:val="NormalWeb"/>
        <w:jc w:val="both"/>
        <w:rPr>
          <w:color w:val="000000"/>
        </w:rPr>
      </w:pPr>
      <w:r w:rsidRPr="00835B33">
        <w:rPr>
          <w:color w:val="000000"/>
        </w:rPr>
        <w:t>f) Estar disponível para elucidar dúvidas relacionadas à disciplina ministrada quando necessário e solicitado pela Coordenação de Curso. </w:t>
      </w:r>
    </w:p>
    <w:p w14:paraId="52D3DBCF" w14:textId="77777777" w:rsidR="00C826B7" w:rsidRPr="00835B33" w:rsidRDefault="004276BD">
      <w:pPr>
        <w:rPr>
          <w:rFonts w:ascii="Times New Roman" w:hAnsi="Times New Roman" w:cs="Times New Roman"/>
          <w:sz w:val="24"/>
          <w:szCs w:val="24"/>
          <w:lang w:val="pt-BR"/>
        </w:rPr>
      </w:pPr>
      <w:r w:rsidRPr="00835B33">
        <w:rPr>
          <w:rFonts w:ascii="Times New Roman" w:hAnsi="Times New Roman" w:cs="Times New Roman"/>
          <w:sz w:val="24"/>
          <w:szCs w:val="24"/>
          <w:lang w:val="pt-BR"/>
        </w:rPr>
        <w:br w:type="page"/>
      </w:r>
    </w:p>
    <w:p w14:paraId="24A46473" w14:textId="77777777" w:rsidR="00C826B7" w:rsidRPr="00BF0EFF" w:rsidRDefault="004276BD">
      <w:pPr>
        <w:jc w:val="center"/>
        <w:rPr>
          <w:rFonts w:ascii="Times New Roman" w:hAnsi="Times New Roman" w:cs="Times New Roman"/>
          <w:sz w:val="24"/>
          <w:szCs w:val="24"/>
          <w:lang w:val="pt-BR"/>
        </w:rPr>
      </w:pPr>
      <w:r w:rsidRPr="00BF0EFF">
        <w:rPr>
          <w:rFonts w:ascii="Times New Roman" w:hAnsi="Times New Roman" w:cs="Times New Roman"/>
          <w:b/>
          <w:sz w:val="24"/>
          <w:szCs w:val="24"/>
          <w:lang w:val="pt-BR"/>
        </w:rPr>
        <w:lastRenderedPageBreak/>
        <w:t>ANEXO V – TERMO DE COMPROMISSO E RESPONSABILIDADE</w:t>
      </w:r>
    </w:p>
    <w:tbl>
      <w:tblPr>
        <w:tblStyle w:val="Tabelacomgrade"/>
        <w:tblW w:w="0" w:type="auto"/>
        <w:jc w:val="center"/>
        <w:tblLook w:val="04A0" w:firstRow="1" w:lastRow="0" w:firstColumn="1" w:lastColumn="0" w:noHBand="0" w:noVBand="1"/>
      </w:tblPr>
      <w:tblGrid>
        <w:gridCol w:w="2160"/>
        <w:gridCol w:w="2160"/>
        <w:gridCol w:w="2160"/>
        <w:gridCol w:w="2160"/>
      </w:tblGrid>
      <w:tr w:rsidR="00113AF7" w:rsidRPr="00BF0EFF" w14:paraId="077117D8" w14:textId="77777777" w:rsidTr="00C14C2E">
        <w:trPr>
          <w:jc w:val="center"/>
        </w:trPr>
        <w:tc>
          <w:tcPr>
            <w:tcW w:w="4320" w:type="dxa"/>
            <w:gridSpan w:val="2"/>
            <w:vAlign w:val="center"/>
          </w:tcPr>
          <w:p w14:paraId="51AE57DC" w14:textId="77777777" w:rsidR="00113AF7" w:rsidRPr="00BF0EFF" w:rsidRDefault="00113AF7">
            <w:pPr>
              <w:rPr>
                <w:rFonts w:ascii="Times New Roman" w:hAnsi="Times New Roman" w:cs="Times New Roman"/>
                <w:sz w:val="24"/>
                <w:szCs w:val="24"/>
              </w:rPr>
            </w:pPr>
            <w:r w:rsidRPr="00BF0EFF">
              <w:rPr>
                <w:rFonts w:ascii="Times New Roman" w:hAnsi="Times New Roman" w:cs="Times New Roman"/>
                <w:sz w:val="24"/>
                <w:szCs w:val="24"/>
              </w:rPr>
              <w:t>Nome</w:t>
            </w:r>
            <w:r>
              <w:rPr>
                <w:rFonts w:ascii="Times New Roman" w:hAnsi="Times New Roman" w:cs="Times New Roman"/>
                <w:sz w:val="24"/>
                <w:szCs w:val="24"/>
              </w:rPr>
              <w:t>:</w:t>
            </w:r>
          </w:p>
        </w:tc>
        <w:tc>
          <w:tcPr>
            <w:tcW w:w="4320" w:type="dxa"/>
            <w:gridSpan w:val="2"/>
            <w:vAlign w:val="center"/>
          </w:tcPr>
          <w:p w14:paraId="286D62B9" w14:textId="77777777" w:rsidR="00113AF7" w:rsidRPr="00BF0EFF" w:rsidRDefault="00113AF7">
            <w:pPr>
              <w:rPr>
                <w:rFonts w:ascii="Times New Roman" w:hAnsi="Times New Roman" w:cs="Times New Roman"/>
                <w:sz w:val="24"/>
                <w:szCs w:val="24"/>
              </w:rPr>
            </w:pPr>
            <w:r w:rsidRPr="00BF0EFF">
              <w:rPr>
                <w:rFonts w:ascii="Times New Roman" w:hAnsi="Times New Roman" w:cs="Times New Roman"/>
                <w:sz w:val="24"/>
                <w:szCs w:val="24"/>
              </w:rPr>
              <w:t>CPF</w:t>
            </w:r>
            <w:r>
              <w:rPr>
                <w:rFonts w:ascii="Times New Roman" w:hAnsi="Times New Roman" w:cs="Times New Roman"/>
                <w:sz w:val="24"/>
                <w:szCs w:val="24"/>
              </w:rPr>
              <w:t>:</w:t>
            </w:r>
          </w:p>
        </w:tc>
      </w:tr>
      <w:tr w:rsidR="00113AF7" w:rsidRPr="00723E23" w14:paraId="308BD412" w14:textId="77777777" w:rsidTr="00951E2F">
        <w:trPr>
          <w:jc w:val="center"/>
        </w:trPr>
        <w:tc>
          <w:tcPr>
            <w:tcW w:w="4320" w:type="dxa"/>
            <w:gridSpan w:val="2"/>
            <w:vAlign w:val="center"/>
          </w:tcPr>
          <w:p w14:paraId="18AC7BA2" w14:textId="77777777" w:rsidR="00113AF7" w:rsidRPr="00BF0EFF" w:rsidRDefault="00113AF7">
            <w:pPr>
              <w:rPr>
                <w:rFonts w:ascii="Times New Roman" w:hAnsi="Times New Roman" w:cs="Times New Roman"/>
                <w:sz w:val="24"/>
                <w:szCs w:val="24"/>
                <w:lang w:val="pt-BR"/>
              </w:rPr>
            </w:pPr>
            <w:r w:rsidRPr="00BF0EFF">
              <w:rPr>
                <w:rFonts w:ascii="Times New Roman" w:hAnsi="Times New Roman" w:cs="Times New Roman"/>
                <w:sz w:val="24"/>
                <w:szCs w:val="24"/>
                <w:lang w:val="pt-BR"/>
              </w:rPr>
              <w:t>RG (órgão emissor e UF)</w:t>
            </w:r>
            <w:r>
              <w:rPr>
                <w:rFonts w:ascii="Times New Roman" w:hAnsi="Times New Roman" w:cs="Times New Roman"/>
                <w:sz w:val="24"/>
                <w:szCs w:val="24"/>
                <w:lang w:val="pt-BR"/>
              </w:rPr>
              <w:t>:</w:t>
            </w:r>
          </w:p>
        </w:tc>
        <w:tc>
          <w:tcPr>
            <w:tcW w:w="2160" w:type="dxa"/>
            <w:vAlign w:val="center"/>
          </w:tcPr>
          <w:p w14:paraId="2C0FB83D" w14:textId="77777777" w:rsidR="00113AF7" w:rsidRPr="00BF0EFF" w:rsidRDefault="00113AF7">
            <w:pPr>
              <w:rPr>
                <w:rFonts w:ascii="Times New Roman" w:hAnsi="Times New Roman" w:cs="Times New Roman"/>
                <w:sz w:val="24"/>
                <w:szCs w:val="24"/>
                <w:lang w:val="pt-BR"/>
              </w:rPr>
            </w:pPr>
          </w:p>
        </w:tc>
        <w:tc>
          <w:tcPr>
            <w:tcW w:w="2160" w:type="dxa"/>
            <w:vAlign w:val="center"/>
          </w:tcPr>
          <w:p w14:paraId="721BD373" w14:textId="77777777" w:rsidR="00113AF7" w:rsidRPr="00BF0EFF" w:rsidRDefault="00113AF7">
            <w:pPr>
              <w:rPr>
                <w:rFonts w:ascii="Times New Roman" w:hAnsi="Times New Roman" w:cs="Times New Roman"/>
                <w:sz w:val="24"/>
                <w:szCs w:val="24"/>
                <w:lang w:val="pt-BR"/>
              </w:rPr>
            </w:pPr>
          </w:p>
        </w:tc>
      </w:tr>
      <w:tr w:rsidR="00C826B7" w:rsidRPr="00BF0EFF" w14:paraId="20363CC7" w14:textId="77777777">
        <w:trPr>
          <w:jc w:val="center"/>
        </w:trPr>
        <w:tc>
          <w:tcPr>
            <w:tcW w:w="2160" w:type="dxa"/>
            <w:vAlign w:val="center"/>
          </w:tcPr>
          <w:p w14:paraId="7F538296" w14:textId="77777777" w:rsidR="00C826B7" w:rsidRPr="00BF0EFF" w:rsidRDefault="004276BD">
            <w:pPr>
              <w:rPr>
                <w:rFonts w:ascii="Times New Roman" w:hAnsi="Times New Roman" w:cs="Times New Roman"/>
                <w:sz w:val="24"/>
                <w:szCs w:val="24"/>
              </w:rPr>
            </w:pPr>
            <w:proofErr w:type="spellStart"/>
            <w:r w:rsidRPr="00BF0EFF">
              <w:rPr>
                <w:rFonts w:ascii="Times New Roman" w:hAnsi="Times New Roman" w:cs="Times New Roman"/>
                <w:sz w:val="24"/>
                <w:szCs w:val="24"/>
              </w:rPr>
              <w:t>Rua</w:t>
            </w:r>
            <w:proofErr w:type="spellEnd"/>
          </w:p>
        </w:tc>
        <w:tc>
          <w:tcPr>
            <w:tcW w:w="2160" w:type="dxa"/>
            <w:vAlign w:val="center"/>
          </w:tcPr>
          <w:p w14:paraId="41C5C2B5" w14:textId="77777777" w:rsidR="00C826B7" w:rsidRPr="00BF0EFF" w:rsidRDefault="004276BD">
            <w:pPr>
              <w:rPr>
                <w:rFonts w:ascii="Times New Roman" w:hAnsi="Times New Roman" w:cs="Times New Roman"/>
                <w:sz w:val="24"/>
                <w:szCs w:val="24"/>
              </w:rPr>
            </w:pPr>
            <w:r w:rsidRPr="00BF0EFF">
              <w:rPr>
                <w:rFonts w:ascii="Times New Roman" w:hAnsi="Times New Roman" w:cs="Times New Roman"/>
                <w:sz w:val="24"/>
                <w:szCs w:val="24"/>
              </w:rPr>
              <w:t>Bairro</w:t>
            </w:r>
          </w:p>
        </w:tc>
        <w:tc>
          <w:tcPr>
            <w:tcW w:w="2160" w:type="dxa"/>
            <w:vAlign w:val="center"/>
          </w:tcPr>
          <w:p w14:paraId="5ACB6A4D" w14:textId="77777777" w:rsidR="00C826B7" w:rsidRPr="00BF0EFF" w:rsidRDefault="004276BD">
            <w:pPr>
              <w:rPr>
                <w:rFonts w:ascii="Times New Roman" w:hAnsi="Times New Roman" w:cs="Times New Roman"/>
                <w:sz w:val="24"/>
                <w:szCs w:val="24"/>
              </w:rPr>
            </w:pPr>
            <w:r w:rsidRPr="00BF0EFF">
              <w:rPr>
                <w:rFonts w:ascii="Times New Roman" w:hAnsi="Times New Roman" w:cs="Times New Roman"/>
                <w:sz w:val="24"/>
                <w:szCs w:val="24"/>
              </w:rPr>
              <w:t>Cidade/UF</w:t>
            </w:r>
          </w:p>
        </w:tc>
        <w:tc>
          <w:tcPr>
            <w:tcW w:w="2160" w:type="dxa"/>
            <w:vAlign w:val="center"/>
          </w:tcPr>
          <w:p w14:paraId="48B9EFED" w14:textId="77777777" w:rsidR="00C826B7" w:rsidRPr="00BF0EFF" w:rsidRDefault="00C826B7">
            <w:pPr>
              <w:rPr>
                <w:rFonts w:ascii="Times New Roman" w:hAnsi="Times New Roman" w:cs="Times New Roman"/>
                <w:sz w:val="24"/>
                <w:szCs w:val="24"/>
              </w:rPr>
            </w:pPr>
          </w:p>
        </w:tc>
      </w:tr>
      <w:tr w:rsidR="00E371BF" w:rsidRPr="00BF0EFF" w14:paraId="6C613053" w14:textId="77777777" w:rsidTr="0069317C">
        <w:trPr>
          <w:jc w:val="center"/>
        </w:trPr>
        <w:tc>
          <w:tcPr>
            <w:tcW w:w="4320" w:type="dxa"/>
            <w:gridSpan w:val="2"/>
            <w:vAlign w:val="center"/>
          </w:tcPr>
          <w:p w14:paraId="5BC6646D" w14:textId="77777777" w:rsidR="00E371BF" w:rsidRPr="00BF0EFF" w:rsidRDefault="00E371BF">
            <w:pPr>
              <w:rPr>
                <w:rFonts w:ascii="Times New Roman" w:hAnsi="Times New Roman" w:cs="Times New Roman"/>
                <w:sz w:val="24"/>
                <w:szCs w:val="24"/>
              </w:rPr>
            </w:pPr>
            <w:r w:rsidRPr="00BF0EFF">
              <w:rPr>
                <w:rFonts w:ascii="Times New Roman" w:hAnsi="Times New Roman" w:cs="Times New Roman"/>
                <w:sz w:val="24"/>
                <w:szCs w:val="24"/>
              </w:rPr>
              <w:t>E-mail</w:t>
            </w:r>
            <w:r>
              <w:rPr>
                <w:rFonts w:ascii="Times New Roman" w:hAnsi="Times New Roman" w:cs="Times New Roman"/>
                <w:sz w:val="24"/>
                <w:szCs w:val="24"/>
              </w:rPr>
              <w:t>:</w:t>
            </w:r>
          </w:p>
        </w:tc>
        <w:tc>
          <w:tcPr>
            <w:tcW w:w="4320" w:type="dxa"/>
            <w:gridSpan w:val="2"/>
            <w:vAlign w:val="center"/>
          </w:tcPr>
          <w:p w14:paraId="65078409" w14:textId="77777777" w:rsidR="00E371BF" w:rsidRPr="00BF0EFF" w:rsidRDefault="00E371BF">
            <w:pPr>
              <w:rPr>
                <w:rFonts w:ascii="Times New Roman" w:hAnsi="Times New Roman" w:cs="Times New Roman"/>
                <w:sz w:val="24"/>
                <w:szCs w:val="24"/>
              </w:rPr>
            </w:pPr>
            <w:proofErr w:type="spellStart"/>
            <w:r w:rsidRPr="00BF0EFF">
              <w:rPr>
                <w:rFonts w:ascii="Times New Roman" w:hAnsi="Times New Roman" w:cs="Times New Roman"/>
                <w:sz w:val="24"/>
                <w:szCs w:val="24"/>
              </w:rPr>
              <w:t>Telefone</w:t>
            </w:r>
            <w:proofErr w:type="spellEnd"/>
            <w:r>
              <w:rPr>
                <w:rFonts w:ascii="Times New Roman" w:hAnsi="Times New Roman" w:cs="Times New Roman"/>
                <w:sz w:val="24"/>
                <w:szCs w:val="24"/>
              </w:rPr>
              <w:t>:</w:t>
            </w:r>
          </w:p>
        </w:tc>
      </w:tr>
      <w:tr w:rsidR="00BF0EFF" w:rsidRPr="00723E23" w14:paraId="5DB4CE7C" w14:textId="77777777" w:rsidTr="002A7D42">
        <w:trPr>
          <w:jc w:val="center"/>
        </w:trPr>
        <w:tc>
          <w:tcPr>
            <w:tcW w:w="8640" w:type="dxa"/>
            <w:gridSpan w:val="4"/>
            <w:vAlign w:val="center"/>
          </w:tcPr>
          <w:p w14:paraId="6787BEEF" w14:textId="77777777" w:rsidR="00BF0EFF" w:rsidRPr="00BF0EFF" w:rsidRDefault="00BF0EFF">
            <w:pPr>
              <w:rPr>
                <w:rFonts w:ascii="Times New Roman" w:hAnsi="Times New Roman" w:cs="Times New Roman"/>
                <w:sz w:val="24"/>
                <w:szCs w:val="24"/>
                <w:lang w:val="pt-BR"/>
              </w:rPr>
            </w:pPr>
            <w:r w:rsidRPr="00BF0EFF">
              <w:rPr>
                <w:rFonts w:ascii="Times New Roman" w:hAnsi="Times New Roman" w:cs="Times New Roman"/>
                <w:sz w:val="24"/>
                <w:szCs w:val="24"/>
                <w:lang w:val="pt-BR"/>
              </w:rPr>
              <w:t>Função para a qual foi selecionado</w:t>
            </w:r>
            <w:r>
              <w:rPr>
                <w:rFonts w:ascii="Times New Roman" w:hAnsi="Times New Roman" w:cs="Times New Roman"/>
                <w:sz w:val="24"/>
                <w:szCs w:val="24"/>
                <w:lang w:val="pt-BR"/>
              </w:rPr>
              <w:t>: Professor Formador</w:t>
            </w:r>
          </w:p>
        </w:tc>
      </w:tr>
    </w:tbl>
    <w:p w14:paraId="7C6247F4" w14:textId="77777777" w:rsidR="00C826B7" w:rsidRPr="00723E23" w:rsidRDefault="004276BD" w:rsidP="00BF0EFF">
      <w:pPr>
        <w:jc w:val="both"/>
        <w:rPr>
          <w:rFonts w:ascii="Times New Roman" w:hAnsi="Times New Roman" w:cs="Times New Roman"/>
          <w:b/>
          <w:sz w:val="24"/>
          <w:szCs w:val="24"/>
          <w:lang w:val="pt-BR"/>
        </w:rPr>
      </w:pPr>
      <w:r w:rsidRPr="00BF0EFF">
        <w:rPr>
          <w:rFonts w:ascii="Times New Roman" w:hAnsi="Times New Roman" w:cs="Times New Roman"/>
          <w:sz w:val="24"/>
          <w:szCs w:val="24"/>
          <w:lang w:val="pt-BR"/>
        </w:rPr>
        <w:br/>
      </w:r>
      <w:r w:rsidRPr="00723E23">
        <w:rPr>
          <w:rFonts w:ascii="Times New Roman" w:hAnsi="Times New Roman" w:cs="Times New Roman"/>
          <w:b/>
          <w:sz w:val="24"/>
          <w:szCs w:val="24"/>
          <w:lang w:val="pt-BR"/>
        </w:rPr>
        <w:t>Declarações do Candidato</w:t>
      </w:r>
    </w:p>
    <w:p w14:paraId="616F64D5" w14:textId="77777777" w:rsidR="00BF0EFF" w:rsidRPr="00BF0EFF" w:rsidRDefault="00BF0EFF" w:rsidP="00BF0EFF">
      <w:pPr>
        <w:pStyle w:val="NormalWeb"/>
        <w:jc w:val="both"/>
        <w:rPr>
          <w:color w:val="000000"/>
        </w:rPr>
      </w:pPr>
      <w:r w:rsidRPr="00BF0EFF">
        <w:rPr>
          <w:color w:val="000000"/>
        </w:rPr>
        <w:t>Assumo o compromisso pelas obrigações como profissional colaborador na função acima especificada, em que fui classificado, conforme estabelecido no Edital de Seleção de Colaboradores para Cursos FIC. Estou ciente de que a minha inobservância aos requisitos dispostos no mesmo Edital, quanto às competências que me cabem, poderá implicar no meu desligamento nas funções assumidas e na minha obrigação de restituir integralmente os recursos porventura recebidos de forma irregular, conforme determinação legal e proporcionalmente ao descumprimento de minhas competências. </w:t>
      </w:r>
    </w:p>
    <w:p w14:paraId="097C2FB3" w14:textId="77777777" w:rsidR="00BF0EFF" w:rsidRPr="00BF0EFF" w:rsidRDefault="00BF0EFF" w:rsidP="00BF0EFF">
      <w:pPr>
        <w:pStyle w:val="NormalWeb"/>
        <w:jc w:val="both"/>
        <w:rPr>
          <w:color w:val="000000"/>
        </w:rPr>
      </w:pPr>
      <w:r w:rsidRPr="00BF0EFF">
        <w:rPr>
          <w:color w:val="000000"/>
        </w:rPr>
        <w:t>Declaro, conforme o edital de seleção e as legislações e normativas aplicáveis, que preencho plenamente os requisitos da função para a qual fui selecionado, incluindo-se que: </w:t>
      </w:r>
    </w:p>
    <w:p w14:paraId="7C3EA437" w14:textId="77777777" w:rsidR="00BF0EFF" w:rsidRPr="00BF0EFF" w:rsidRDefault="00BF0EFF" w:rsidP="00BF0EFF">
      <w:pPr>
        <w:pStyle w:val="NormalWeb"/>
        <w:jc w:val="both"/>
        <w:rPr>
          <w:color w:val="000000"/>
        </w:rPr>
      </w:pPr>
      <w:r w:rsidRPr="00BF0EFF">
        <w:rPr>
          <w:color w:val="000000"/>
        </w:rPr>
        <w:t>1. Não acumularei simultaneamente as bolsas desta função com bolsas de pesquisa, extensão ou formação dos mesmos programas ou programas similares da Capes ou FNDE, sob pena de devolução do que receber em duplicidade; </w:t>
      </w:r>
    </w:p>
    <w:p w14:paraId="0A2EC90C" w14:textId="77777777" w:rsidR="00BF0EFF" w:rsidRPr="00BF0EFF" w:rsidRDefault="00BF0EFF" w:rsidP="00BF0EFF">
      <w:pPr>
        <w:pStyle w:val="NormalWeb"/>
        <w:jc w:val="both"/>
        <w:rPr>
          <w:color w:val="000000"/>
        </w:rPr>
      </w:pPr>
      <w:r w:rsidRPr="00BF0EFF">
        <w:rPr>
          <w:color w:val="000000"/>
        </w:rPr>
        <w:t>2. Tenho disponibilidade de tempo e meios próprios complementares para o exercício da função; </w:t>
      </w:r>
    </w:p>
    <w:p w14:paraId="3FE37699" w14:textId="77777777" w:rsidR="00BF0EFF" w:rsidRPr="00BF0EFF" w:rsidRDefault="00BF0EFF" w:rsidP="00BF0EFF">
      <w:pPr>
        <w:pStyle w:val="NormalWeb"/>
        <w:jc w:val="both"/>
        <w:rPr>
          <w:color w:val="000000"/>
        </w:rPr>
      </w:pPr>
      <w:r w:rsidRPr="00BF0EFF">
        <w:rPr>
          <w:color w:val="000000"/>
        </w:rPr>
        <w:t>3. Em caso de servidor do IFRO as horas de trabalho dedicadas a esta função não serão executadas durante período de jornada regular em outras funções, com ou sem vínculo empregatício, que eu exerça ou venha a exercer durante o período da convocação. </w:t>
      </w:r>
    </w:p>
    <w:p w14:paraId="1449AFFD" w14:textId="77777777" w:rsidR="00BF0EFF" w:rsidRPr="00BF0EFF" w:rsidRDefault="00BF0EFF" w:rsidP="00BF0EFF">
      <w:pPr>
        <w:pStyle w:val="NormalWeb"/>
        <w:jc w:val="both"/>
        <w:rPr>
          <w:color w:val="000000"/>
        </w:rPr>
      </w:pPr>
      <w:r w:rsidRPr="00BF0EFF">
        <w:rPr>
          <w:color w:val="000000"/>
        </w:rPr>
        <w:t>Reconheço que os serviços prestados não geram vínculo empregatício e podem ser suspensos ou encerrados a qualquer tempo pelo IFRO, com garantia de pagamento pelas horas de atividades executadas e sem ônus relativos a direitos trabalhistas, por força de determinações legais, das necessidades do público-alvo ou da indisponibilidade de recursos. </w:t>
      </w:r>
    </w:p>
    <w:p w14:paraId="69F13FAB" w14:textId="77777777" w:rsidR="00BF0EFF" w:rsidRPr="00BF0EFF" w:rsidRDefault="00BF0EFF" w:rsidP="00BF0EFF">
      <w:pPr>
        <w:pStyle w:val="NormalWeb"/>
        <w:rPr>
          <w:color w:val="000000"/>
        </w:rPr>
      </w:pPr>
      <w:r w:rsidRPr="00BF0EFF">
        <w:rPr>
          <w:color w:val="000000"/>
        </w:rPr>
        <w:t>Estou plenamente de acordo com todos os termos do Edital. </w:t>
      </w:r>
    </w:p>
    <w:p w14:paraId="67247D41" w14:textId="77777777" w:rsidR="00C826B7" w:rsidRPr="00BF0EFF" w:rsidRDefault="004276BD" w:rsidP="00BF0EFF">
      <w:pPr>
        <w:pStyle w:val="NormalWeb"/>
        <w:jc w:val="right"/>
        <w:rPr>
          <w:color w:val="000000"/>
        </w:rPr>
      </w:pPr>
      <w:r w:rsidRPr="00BF0EFF">
        <w:br/>
        <w:t xml:space="preserve">Guajará-Mirim, ____ de __________ </w:t>
      </w:r>
      <w:proofErr w:type="spellStart"/>
      <w:r w:rsidRPr="00BF0EFF">
        <w:t>de</w:t>
      </w:r>
      <w:proofErr w:type="spellEnd"/>
      <w:r w:rsidRPr="00BF0EFF">
        <w:t xml:space="preserve"> 2026</w:t>
      </w:r>
      <w:r w:rsidR="00BF0EFF" w:rsidRPr="00BF0EFF">
        <w:t>.</w:t>
      </w:r>
    </w:p>
    <w:p w14:paraId="7DE6034C" w14:textId="77777777" w:rsidR="00BF0EFF" w:rsidRPr="00BF0EFF" w:rsidRDefault="00BF0EFF" w:rsidP="00BF0EFF">
      <w:pPr>
        <w:jc w:val="right"/>
        <w:rPr>
          <w:rFonts w:ascii="Times New Roman" w:hAnsi="Times New Roman" w:cs="Times New Roman"/>
          <w:sz w:val="24"/>
          <w:szCs w:val="24"/>
          <w:lang w:val="pt-BR"/>
        </w:rPr>
      </w:pPr>
    </w:p>
    <w:p w14:paraId="7C196EE5" w14:textId="77777777" w:rsidR="00C826B7" w:rsidRPr="00BF0EFF" w:rsidRDefault="004276BD" w:rsidP="00BF0EFF">
      <w:pPr>
        <w:jc w:val="center"/>
        <w:rPr>
          <w:rFonts w:ascii="Times New Roman" w:hAnsi="Times New Roman" w:cs="Times New Roman"/>
          <w:sz w:val="24"/>
          <w:szCs w:val="24"/>
          <w:lang w:val="pt-BR"/>
        </w:rPr>
      </w:pPr>
      <w:r w:rsidRPr="00BF0EFF">
        <w:rPr>
          <w:rFonts w:ascii="Times New Roman" w:hAnsi="Times New Roman" w:cs="Times New Roman"/>
          <w:sz w:val="24"/>
          <w:szCs w:val="24"/>
          <w:lang w:val="pt-BR"/>
        </w:rPr>
        <w:t>__________________________________________</w:t>
      </w:r>
      <w:r w:rsidRPr="00BF0EFF">
        <w:rPr>
          <w:rFonts w:ascii="Times New Roman" w:hAnsi="Times New Roman" w:cs="Times New Roman"/>
          <w:sz w:val="24"/>
          <w:szCs w:val="24"/>
          <w:lang w:val="pt-BR"/>
        </w:rPr>
        <w:br/>
        <w:t>Assinatura do Candidato</w:t>
      </w:r>
    </w:p>
    <w:sectPr w:rsidR="00C826B7" w:rsidRPr="00BF0EFF" w:rsidSect="00BF0EFF">
      <w:pgSz w:w="12240" w:h="15840"/>
      <w:pgMar w:top="1701"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3AF7"/>
    <w:rsid w:val="0015074B"/>
    <w:rsid w:val="0029639D"/>
    <w:rsid w:val="00326F90"/>
    <w:rsid w:val="00394E04"/>
    <w:rsid w:val="004276BD"/>
    <w:rsid w:val="005138D5"/>
    <w:rsid w:val="00723E23"/>
    <w:rsid w:val="00835B33"/>
    <w:rsid w:val="00AA1D8D"/>
    <w:rsid w:val="00B47730"/>
    <w:rsid w:val="00BF0EFF"/>
    <w:rsid w:val="00C826B7"/>
    <w:rsid w:val="00CB0664"/>
    <w:rsid w:val="00E371B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B5255D"/>
  <w14:defaultImageDpi w14:val="300"/>
  <w15:docId w15:val="{D7076DFE-CAF2-4FDD-A235-FE157BD51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Calibri" w:eastAsia="Calibri" w:hAnsi="Calibri"/>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BF0EFF"/>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paragraph" w:customStyle="1" w:styleId="textocentralizado">
    <w:name w:val="texto_centralizado"/>
    <w:basedOn w:val="Normal"/>
    <w:rsid w:val="00394E04"/>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paragraph" w:customStyle="1" w:styleId="textojustificado">
    <w:name w:val="texto_justificado"/>
    <w:basedOn w:val="Normal"/>
    <w:rsid w:val="00394E04"/>
    <w:pPr>
      <w:spacing w:before="100" w:beforeAutospacing="1" w:after="100" w:afterAutospacing="1" w:line="240" w:lineRule="auto"/>
    </w:pPr>
    <w:rPr>
      <w:rFonts w:ascii="Times New Roman" w:eastAsia="Times New Roman"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2152734">
      <w:bodyDiv w:val="1"/>
      <w:marLeft w:val="0"/>
      <w:marRight w:val="0"/>
      <w:marTop w:val="0"/>
      <w:marBottom w:val="0"/>
      <w:divBdr>
        <w:top w:val="none" w:sz="0" w:space="0" w:color="auto"/>
        <w:left w:val="none" w:sz="0" w:space="0" w:color="auto"/>
        <w:bottom w:val="none" w:sz="0" w:space="0" w:color="auto"/>
        <w:right w:val="none" w:sz="0" w:space="0" w:color="auto"/>
      </w:divBdr>
    </w:div>
    <w:div w:id="898439163">
      <w:bodyDiv w:val="1"/>
      <w:marLeft w:val="0"/>
      <w:marRight w:val="0"/>
      <w:marTop w:val="0"/>
      <w:marBottom w:val="0"/>
      <w:divBdr>
        <w:top w:val="none" w:sz="0" w:space="0" w:color="auto"/>
        <w:left w:val="none" w:sz="0" w:space="0" w:color="auto"/>
        <w:bottom w:val="none" w:sz="0" w:space="0" w:color="auto"/>
        <w:right w:val="none" w:sz="0" w:space="0" w:color="auto"/>
      </w:divBdr>
    </w:div>
    <w:div w:id="17120265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34B5BB-9CCF-4197-AB07-75F239A3D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790</Words>
  <Characters>4269</Characters>
  <Application>Microsoft Office Word</Application>
  <DocSecurity>0</DocSecurity>
  <Lines>35</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5049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Josue Marciel da Silva</cp:lastModifiedBy>
  <cp:revision>2</cp:revision>
  <cp:lastPrinted>2026-10-19T21:47:00Z</cp:lastPrinted>
  <dcterms:created xsi:type="dcterms:W3CDTF">2026-10-21T18:00:00Z</dcterms:created>
  <dcterms:modified xsi:type="dcterms:W3CDTF">2026-10-21T18:00:00Z</dcterms:modified>
  <cp:category/>
</cp:coreProperties>
</file>