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22"/>
        </w:rPr>
        <w:t>ANEXOS AO EDITAL Nº XX/2026/PVZN - CGAB/IFRO</w:t>
      </w:r>
    </w:p>
    <w:p>
      <w:pPr>
        <w:jc w:val="center"/>
      </w:pPr>
      <w:r>
        <w:rPr>
          <w:rFonts w:ascii="Arial" w:hAnsi="Arial"/>
          <w:b/>
          <w:sz w:val="26"/>
        </w:rPr>
        <w:t>ANEXO II - FORMULÁRIO DE RECURSO ADMINISTRATIVO</w:t>
      </w:r>
    </w:p>
    <w:p/>
    <w:p>
      <w:r>
        <w:rPr>
          <w:b/>
        </w:rPr>
        <w:t>IDENTIFICAÇÃO DO (A) CANDIDATO (A)</w:t>
      </w:r>
    </w:p>
    <w:p>
      <w:r>
        <w:t>Nome:</w:t>
      </w:r>
    </w:p>
    <w:p>
      <w:r>
        <w:t>CPF:</w:t>
      </w:r>
    </w:p>
    <w:p>
      <w:r>
        <w:t>E-mail:</w:t>
      </w:r>
    </w:p>
    <w:p>
      <w:r>
        <w:t>Telefone/celular:</w:t>
      </w:r>
    </w:p>
    <w:p>
      <w:r>
        <w:rPr>
          <w:b/>
        </w:rPr>
        <w:t>REFERÊNCIA DO RECURSO</w:t>
      </w:r>
    </w:p>
    <w:p>
      <w:r>
        <w:t>(   ) Homologação de inscrição</w:t>
      </w:r>
    </w:p>
    <w:p>
      <w:r>
        <w:t>(   ) Análise documental</w:t>
      </w:r>
    </w:p>
    <w:p>
      <w:r>
        <w:t>(   ) Critério de desempate</w:t>
      </w:r>
    </w:p>
    <w:p>
      <w:r>
        <w:t>(   ) Outros motivos: especificar - _____________________________________________</w:t>
      </w:r>
    </w:p>
    <w:p>
      <w:r>
        <w:rPr>
          <w:b/>
        </w:rPr>
        <w:t>ARGUMENTAÇÕES QUE EMBASAM O RECURSO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jc w:val="right"/>
      </w:pPr>
      <w:r>
        <w:t>, de            de 2026.</w:t>
      </w:r>
    </w:p>
    <w:p>
      <w:pPr>
        <w:jc w:val="center"/>
      </w:pPr>
      <w:r>
        <w:rPr>
          <w:rFonts w:ascii="Arial" w:hAnsi="Arial"/>
          <w:b w:val="0"/>
          <w:sz w:val="20"/>
        </w:rPr>
        <w:t>_______________________________________________________</w:t>
      </w:r>
    </w:p>
    <w:p>
      <w:pPr>
        <w:jc w:val="center"/>
      </w:pPr>
      <w:r>
        <w:rPr>
          <w:rFonts w:ascii="Arial" w:hAnsi="Arial"/>
          <w:b/>
          <w:sz w:val="20"/>
        </w:rPr>
        <w:t>ASSINATURA DO (A) CANDIDATO (A)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